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94275" w14:textId="77777777" w:rsidR="00C208C8" w:rsidRDefault="00C208C8" w:rsidP="00C208C8">
      <w:pPr>
        <w:rPr>
          <w:rFonts w:ascii="Tahoma" w:hAnsi="Tahoma" w:cs="Tahoma"/>
          <w:noProof/>
          <w:sz w:val="20"/>
          <w:szCs w:val="20"/>
        </w:rPr>
      </w:pPr>
    </w:p>
    <w:p w14:paraId="55776A6E" w14:textId="0B1C04B9" w:rsidR="00C208C8" w:rsidRPr="00670660" w:rsidRDefault="00C208C8" w:rsidP="00C208C8">
      <w:pPr>
        <w:spacing w:after="0"/>
        <w:rPr>
          <w:rFonts w:ascii="Tahoma" w:hAnsi="Tahoma" w:cs="Tahoma"/>
          <w:noProof/>
          <w:sz w:val="20"/>
          <w:szCs w:val="20"/>
        </w:rPr>
      </w:pPr>
      <w:r w:rsidRPr="00670660">
        <w:rPr>
          <w:rFonts w:ascii="Tahoma" w:hAnsi="Tahoma" w:cs="Tahoma"/>
          <w:noProof/>
          <w:sz w:val="20"/>
          <w:szCs w:val="20"/>
        </w:rPr>
        <w:t>Broj:</w:t>
      </w:r>
      <w:r w:rsidR="00860CD5">
        <w:rPr>
          <w:rFonts w:ascii="Tahoma" w:hAnsi="Tahoma" w:cs="Tahoma"/>
          <w:noProof/>
          <w:sz w:val="20"/>
          <w:szCs w:val="20"/>
        </w:rPr>
        <w:t>55-30-12-29934</w:t>
      </w:r>
    </w:p>
    <w:p w14:paraId="613AD553" w14:textId="68245BFF" w:rsidR="00C208C8" w:rsidRPr="00670660" w:rsidRDefault="00C208C8" w:rsidP="00C208C8">
      <w:pPr>
        <w:spacing w:after="0"/>
        <w:rPr>
          <w:rFonts w:ascii="Tahoma" w:hAnsi="Tahoma" w:cs="Tahoma"/>
          <w:noProof/>
          <w:sz w:val="20"/>
          <w:szCs w:val="20"/>
        </w:rPr>
      </w:pPr>
      <w:r w:rsidRPr="00670660">
        <w:rPr>
          <w:rFonts w:ascii="Tahoma" w:hAnsi="Tahoma" w:cs="Tahoma"/>
          <w:noProof/>
          <w:sz w:val="20"/>
          <w:szCs w:val="20"/>
        </w:rPr>
        <w:t>Datum:</w:t>
      </w:r>
      <w:r w:rsidR="00860CD5">
        <w:rPr>
          <w:rFonts w:ascii="Tahoma" w:hAnsi="Tahoma" w:cs="Tahoma"/>
          <w:noProof/>
          <w:sz w:val="20"/>
          <w:szCs w:val="20"/>
        </w:rPr>
        <w:t>18.09.2026.</w:t>
      </w:r>
    </w:p>
    <w:p w14:paraId="2916C96A" w14:textId="77777777" w:rsidR="00C208C8" w:rsidRDefault="00C208C8" w:rsidP="00C208C8">
      <w:pPr>
        <w:spacing w:after="0"/>
      </w:pPr>
    </w:p>
    <w:p w14:paraId="6A39AF70" w14:textId="77777777" w:rsidR="00C208C8" w:rsidRDefault="00C208C8" w:rsidP="00C208C8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Na </w:t>
      </w:r>
      <w:proofErr w:type="spellStart"/>
      <w:r>
        <w:rPr>
          <w:rFonts w:ascii="Tahoma" w:hAnsi="Tahoma" w:cs="Tahoma"/>
          <w:sz w:val="20"/>
          <w:szCs w:val="20"/>
        </w:rPr>
        <w:t>osnovu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člana</w:t>
      </w:r>
      <w:proofErr w:type="spellEnd"/>
      <w:r>
        <w:rPr>
          <w:rFonts w:ascii="Tahoma" w:hAnsi="Tahoma" w:cs="Tahoma"/>
          <w:sz w:val="20"/>
          <w:szCs w:val="20"/>
        </w:rPr>
        <w:t xml:space="preserve"> 153. i 154. </w:t>
      </w:r>
      <w:proofErr w:type="spellStart"/>
      <w:r>
        <w:rPr>
          <w:rFonts w:ascii="Tahoma" w:hAnsi="Tahoma" w:cs="Tahoma"/>
          <w:sz w:val="20"/>
          <w:szCs w:val="20"/>
        </w:rPr>
        <w:t>Zakona</w:t>
      </w:r>
      <w:proofErr w:type="spellEnd"/>
      <w:r>
        <w:rPr>
          <w:rFonts w:ascii="Tahoma" w:hAnsi="Tahoma" w:cs="Tahoma"/>
          <w:sz w:val="20"/>
          <w:szCs w:val="20"/>
        </w:rPr>
        <w:t xml:space="preserve"> o </w:t>
      </w:r>
      <w:proofErr w:type="spellStart"/>
      <w:r>
        <w:rPr>
          <w:rFonts w:ascii="Tahoma" w:hAnsi="Tahoma" w:cs="Tahoma"/>
          <w:sz w:val="20"/>
          <w:szCs w:val="20"/>
        </w:rPr>
        <w:t>zdravstvenoj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zaštite</w:t>
      </w:r>
      <w:proofErr w:type="spellEnd"/>
      <w:r>
        <w:rPr>
          <w:rFonts w:ascii="Tahoma" w:hAnsi="Tahoma" w:cs="Tahoma"/>
          <w:sz w:val="20"/>
          <w:szCs w:val="20"/>
        </w:rPr>
        <w:t xml:space="preserve"> (“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Sl.novine</w:t>
      </w:r>
      <w:proofErr w:type="spellEnd"/>
      <w:proofErr w:type="gram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Federacije</w:t>
      </w:r>
      <w:proofErr w:type="spellEnd"/>
      <w:r>
        <w:rPr>
          <w:rFonts w:ascii="Tahoma" w:hAnsi="Tahoma" w:cs="Tahoma"/>
          <w:sz w:val="20"/>
          <w:szCs w:val="20"/>
        </w:rPr>
        <w:t xml:space="preserve"> BiH” br.46/10; 75/13), </w:t>
      </w:r>
      <w:proofErr w:type="spellStart"/>
      <w:r>
        <w:rPr>
          <w:rFonts w:ascii="Tahoma" w:hAnsi="Tahoma" w:cs="Tahoma"/>
          <w:sz w:val="20"/>
          <w:szCs w:val="20"/>
        </w:rPr>
        <w:t>člana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gramStart"/>
      <w:r>
        <w:rPr>
          <w:rFonts w:ascii="Tahoma" w:hAnsi="Tahoma" w:cs="Tahoma"/>
          <w:sz w:val="20"/>
          <w:szCs w:val="20"/>
        </w:rPr>
        <w:t>13.stav</w:t>
      </w:r>
      <w:proofErr w:type="gramEnd"/>
      <w:r>
        <w:rPr>
          <w:rFonts w:ascii="Tahoma" w:hAnsi="Tahoma" w:cs="Tahoma"/>
          <w:sz w:val="20"/>
          <w:szCs w:val="20"/>
        </w:rPr>
        <w:t xml:space="preserve"> 2. </w:t>
      </w:r>
      <w:proofErr w:type="spellStart"/>
      <w:r>
        <w:rPr>
          <w:rFonts w:ascii="Tahoma" w:hAnsi="Tahoma" w:cs="Tahoma"/>
          <w:sz w:val="20"/>
          <w:szCs w:val="20"/>
        </w:rPr>
        <w:t>Pravilnika</w:t>
      </w:r>
      <w:proofErr w:type="spellEnd"/>
      <w:r>
        <w:rPr>
          <w:rFonts w:ascii="Tahoma" w:hAnsi="Tahoma" w:cs="Tahoma"/>
          <w:sz w:val="20"/>
          <w:szCs w:val="20"/>
        </w:rPr>
        <w:t xml:space="preserve"> o </w:t>
      </w:r>
      <w:proofErr w:type="spellStart"/>
      <w:r>
        <w:rPr>
          <w:rFonts w:ascii="Tahoma" w:hAnsi="Tahoma" w:cs="Tahoma"/>
          <w:sz w:val="20"/>
          <w:szCs w:val="20"/>
        </w:rPr>
        <w:t>specijalizacijama</w:t>
      </w:r>
      <w:proofErr w:type="spellEnd"/>
      <w:r>
        <w:rPr>
          <w:rFonts w:ascii="Tahoma" w:hAnsi="Tahoma" w:cs="Tahoma"/>
          <w:sz w:val="20"/>
          <w:szCs w:val="20"/>
        </w:rPr>
        <w:t xml:space="preserve"> i </w:t>
      </w:r>
      <w:proofErr w:type="spellStart"/>
      <w:r>
        <w:rPr>
          <w:rFonts w:ascii="Tahoma" w:hAnsi="Tahoma" w:cs="Tahoma"/>
          <w:sz w:val="20"/>
          <w:szCs w:val="20"/>
        </w:rPr>
        <w:t>subspecijalizacijama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zdravstvenih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radnika</w:t>
      </w:r>
      <w:proofErr w:type="spellEnd"/>
      <w:r>
        <w:rPr>
          <w:rFonts w:ascii="Tahoma" w:hAnsi="Tahoma" w:cs="Tahoma"/>
          <w:sz w:val="20"/>
          <w:szCs w:val="20"/>
        </w:rPr>
        <w:t xml:space="preserve"> i </w:t>
      </w:r>
      <w:proofErr w:type="spellStart"/>
      <w:r>
        <w:rPr>
          <w:rFonts w:ascii="Tahoma" w:hAnsi="Tahoma" w:cs="Tahoma"/>
          <w:sz w:val="20"/>
          <w:szCs w:val="20"/>
        </w:rPr>
        <w:t>zdravstvenih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saradnika</w:t>
      </w:r>
      <w:proofErr w:type="spellEnd"/>
      <w:r>
        <w:rPr>
          <w:rFonts w:ascii="Tahoma" w:hAnsi="Tahoma" w:cs="Tahoma"/>
          <w:sz w:val="20"/>
          <w:szCs w:val="20"/>
        </w:rPr>
        <w:t xml:space="preserve"> (“</w:t>
      </w:r>
      <w:proofErr w:type="spellStart"/>
      <w:r>
        <w:rPr>
          <w:rFonts w:ascii="Tahoma" w:hAnsi="Tahoma" w:cs="Tahoma"/>
          <w:sz w:val="20"/>
          <w:szCs w:val="20"/>
        </w:rPr>
        <w:t>Sl.novine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Federacije</w:t>
      </w:r>
      <w:proofErr w:type="spellEnd"/>
      <w:r>
        <w:rPr>
          <w:rFonts w:ascii="Tahoma" w:hAnsi="Tahoma" w:cs="Tahoma"/>
          <w:sz w:val="20"/>
          <w:szCs w:val="20"/>
        </w:rPr>
        <w:t xml:space="preserve"> BiH” br.75/20; 99/21), a u </w:t>
      </w:r>
      <w:proofErr w:type="spellStart"/>
      <w:r>
        <w:rPr>
          <w:rFonts w:ascii="Tahoma" w:hAnsi="Tahoma" w:cs="Tahoma"/>
          <w:sz w:val="20"/>
          <w:szCs w:val="20"/>
        </w:rPr>
        <w:t>vezi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sa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Pravilnikom</w:t>
      </w:r>
      <w:proofErr w:type="spellEnd"/>
      <w:r>
        <w:rPr>
          <w:rFonts w:ascii="Tahoma" w:hAnsi="Tahoma" w:cs="Tahoma"/>
          <w:sz w:val="20"/>
          <w:szCs w:val="20"/>
        </w:rPr>
        <w:t xml:space="preserve"> o </w:t>
      </w:r>
      <w:proofErr w:type="spellStart"/>
      <w:r>
        <w:rPr>
          <w:rFonts w:ascii="Tahoma" w:hAnsi="Tahoma" w:cs="Tahoma"/>
          <w:sz w:val="20"/>
          <w:szCs w:val="20"/>
        </w:rPr>
        <w:t>kriterijima</w:t>
      </w:r>
      <w:proofErr w:type="spellEnd"/>
      <w:r>
        <w:rPr>
          <w:rFonts w:ascii="Tahoma" w:hAnsi="Tahoma" w:cs="Tahoma"/>
          <w:sz w:val="20"/>
          <w:szCs w:val="20"/>
        </w:rPr>
        <w:t xml:space="preserve"> za </w:t>
      </w:r>
      <w:proofErr w:type="spellStart"/>
      <w:r>
        <w:rPr>
          <w:rFonts w:ascii="Tahoma" w:hAnsi="Tahoma" w:cs="Tahoma"/>
          <w:sz w:val="20"/>
          <w:szCs w:val="20"/>
        </w:rPr>
        <w:t>prijem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subspecijalizanata</w:t>
      </w:r>
      <w:proofErr w:type="spellEnd"/>
      <w:r>
        <w:rPr>
          <w:rFonts w:ascii="Tahoma" w:hAnsi="Tahoma" w:cs="Tahoma"/>
          <w:sz w:val="20"/>
          <w:szCs w:val="20"/>
        </w:rPr>
        <w:t xml:space="preserve"> (“</w:t>
      </w:r>
      <w:proofErr w:type="spellStart"/>
      <w:r>
        <w:rPr>
          <w:rFonts w:ascii="Tahoma" w:hAnsi="Tahoma" w:cs="Tahoma"/>
          <w:sz w:val="20"/>
          <w:szCs w:val="20"/>
        </w:rPr>
        <w:t>Sl.novine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Federacije</w:t>
      </w:r>
      <w:proofErr w:type="spellEnd"/>
      <w:r>
        <w:rPr>
          <w:rFonts w:ascii="Tahoma" w:hAnsi="Tahoma" w:cs="Tahoma"/>
          <w:sz w:val="20"/>
          <w:szCs w:val="20"/>
        </w:rPr>
        <w:t xml:space="preserve"> BiH” br.102/13; 55/14), Plana </w:t>
      </w:r>
      <w:proofErr w:type="spellStart"/>
      <w:r>
        <w:rPr>
          <w:rFonts w:ascii="Tahoma" w:hAnsi="Tahoma" w:cs="Tahoma"/>
          <w:sz w:val="20"/>
          <w:szCs w:val="20"/>
        </w:rPr>
        <w:t>Federalnog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ministarstva</w:t>
      </w:r>
      <w:proofErr w:type="spellEnd"/>
      <w:r>
        <w:rPr>
          <w:rFonts w:ascii="Tahoma" w:hAnsi="Tahoma" w:cs="Tahoma"/>
          <w:sz w:val="20"/>
          <w:szCs w:val="20"/>
        </w:rPr>
        <w:t xml:space="preserve"> zdravstva </w:t>
      </w:r>
      <w:proofErr w:type="spellStart"/>
      <w:r>
        <w:rPr>
          <w:rFonts w:ascii="Tahoma" w:hAnsi="Tahoma" w:cs="Tahoma"/>
          <w:sz w:val="20"/>
          <w:szCs w:val="20"/>
        </w:rPr>
        <w:t>potrebnih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specijalizacija</w:t>
      </w:r>
      <w:proofErr w:type="spellEnd"/>
      <w:r>
        <w:rPr>
          <w:rFonts w:ascii="Tahoma" w:hAnsi="Tahoma" w:cs="Tahoma"/>
          <w:sz w:val="20"/>
          <w:szCs w:val="20"/>
        </w:rPr>
        <w:t xml:space="preserve"> i </w:t>
      </w:r>
      <w:proofErr w:type="spellStart"/>
      <w:r>
        <w:rPr>
          <w:rFonts w:ascii="Tahoma" w:hAnsi="Tahoma" w:cs="Tahoma"/>
          <w:sz w:val="20"/>
          <w:szCs w:val="20"/>
        </w:rPr>
        <w:t>subspecijalizacija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zdravstvenih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radnika</w:t>
      </w:r>
      <w:proofErr w:type="spellEnd"/>
      <w:r>
        <w:rPr>
          <w:rFonts w:ascii="Tahoma" w:hAnsi="Tahoma" w:cs="Tahoma"/>
          <w:sz w:val="20"/>
          <w:szCs w:val="20"/>
        </w:rPr>
        <w:t xml:space="preserve"> Kantona Sarajevo za 2024.godinu, br.02-33-6046/24 od 06.11.2024.godine, Plana </w:t>
      </w:r>
      <w:proofErr w:type="spellStart"/>
      <w:r>
        <w:rPr>
          <w:rFonts w:ascii="Tahoma" w:hAnsi="Tahoma" w:cs="Tahoma"/>
          <w:sz w:val="20"/>
          <w:szCs w:val="20"/>
        </w:rPr>
        <w:t>Federalnog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ministarstva</w:t>
      </w:r>
      <w:proofErr w:type="spellEnd"/>
      <w:r>
        <w:rPr>
          <w:rFonts w:ascii="Tahoma" w:hAnsi="Tahoma" w:cs="Tahoma"/>
          <w:sz w:val="20"/>
          <w:szCs w:val="20"/>
        </w:rPr>
        <w:t xml:space="preserve"> zdravstva </w:t>
      </w:r>
      <w:proofErr w:type="spellStart"/>
      <w:r>
        <w:rPr>
          <w:rFonts w:ascii="Tahoma" w:hAnsi="Tahoma" w:cs="Tahoma"/>
          <w:sz w:val="20"/>
          <w:szCs w:val="20"/>
        </w:rPr>
        <w:t>potrebnih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specijalizacija</w:t>
      </w:r>
      <w:proofErr w:type="spellEnd"/>
      <w:r>
        <w:rPr>
          <w:rFonts w:ascii="Tahoma" w:hAnsi="Tahoma" w:cs="Tahoma"/>
          <w:sz w:val="20"/>
          <w:szCs w:val="20"/>
        </w:rPr>
        <w:t xml:space="preserve"> i </w:t>
      </w:r>
      <w:proofErr w:type="spellStart"/>
      <w:r>
        <w:rPr>
          <w:rFonts w:ascii="Tahoma" w:hAnsi="Tahoma" w:cs="Tahoma"/>
          <w:sz w:val="20"/>
          <w:szCs w:val="20"/>
        </w:rPr>
        <w:t>subspecijalizacija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zdravstvenih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radnika</w:t>
      </w:r>
      <w:proofErr w:type="spellEnd"/>
      <w:r>
        <w:rPr>
          <w:rFonts w:ascii="Tahoma" w:hAnsi="Tahoma" w:cs="Tahoma"/>
          <w:sz w:val="20"/>
          <w:szCs w:val="20"/>
        </w:rPr>
        <w:t xml:space="preserve"> Kantona Sarajevo za 2025.godinu br.02-33-7370/24 od 25.12.2024.godine i Plana </w:t>
      </w:r>
      <w:proofErr w:type="spellStart"/>
      <w:r>
        <w:rPr>
          <w:rFonts w:ascii="Tahoma" w:hAnsi="Tahoma" w:cs="Tahoma"/>
          <w:sz w:val="20"/>
          <w:szCs w:val="20"/>
        </w:rPr>
        <w:t>Federalnog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ministarstva</w:t>
      </w:r>
      <w:proofErr w:type="spellEnd"/>
      <w:r>
        <w:rPr>
          <w:rFonts w:ascii="Tahoma" w:hAnsi="Tahoma" w:cs="Tahoma"/>
          <w:sz w:val="20"/>
          <w:szCs w:val="20"/>
        </w:rPr>
        <w:t xml:space="preserve"> zdravstva </w:t>
      </w:r>
      <w:proofErr w:type="spellStart"/>
      <w:r>
        <w:rPr>
          <w:rFonts w:ascii="Tahoma" w:hAnsi="Tahoma" w:cs="Tahoma"/>
          <w:sz w:val="20"/>
          <w:szCs w:val="20"/>
        </w:rPr>
        <w:t>potrebnih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specijalizacija</w:t>
      </w:r>
      <w:proofErr w:type="spellEnd"/>
      <w:r>
        <w:rPr>
          <w:rFonts w:ascii="Tahoma" w:hAnsi="Tahoma" w:cs="Tahoma"/>
          <w:sz w:val="20"/>
          <w:szCs w:val="20"/>
        </w:rPr>
        <w:t xml:space="preserve"> i </w:t>
      </w:r>
      <w:proofErr w:type="spellStart"/>
      <w:r>
        <w:rPr>
          <w:rFonts w:ascii="Tahoma" w:hAnsi="Tahoma" w:cs="Tahoma"/>
          <w:sz w:val="20"/>
          <w:szCs w:val="20"/>
        </w:rPr>
        <w:t>subspecijalizacija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zdravstvenih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radnika</w:t>
      </w:r>
      <w:proofErr w:type="spellEnd"/>
      <w:r>
        <w:rPr>
          <w:rFonts w:ascii="Tahoma" w:hAnsi="Tahoma" w:cs="Tahoma"/>
          <w:sz w:val="20"/>
          <w:szCs w:val="20"/>
        </w:rPr>
        <w:t xml:space="preserve"> Kantona Sarajevo za 2026.godinu br.02-33-0472/26 od 27.01.2026.godine, </w:t>
      </w:r>
      <w:proofErr w:type="spellStart"/>
      <w:r>
        <w:rPr>
          <w:rFonts w:ascii="Tahoma" w:hAnsi="Tahoma" w:cs="Tahoma"/>
          <w:sz w:val="20"/>
          <w:szCs w:val="20"/>
        </w:rPr>
        <w:t>Klinički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centar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Univerziteta</w:t>
      </w:r>
      <w:proofErr w:type="spellEnd"/>
      <w:r>
        <w:rPr>
          <w:rFonts w:ascii="Tahoma" w:hAnsi="Tahoma" w:cs="Tahoma"/>
          <w:sz w:val="20"/>
          <w:szCs w:val="20"/>
        </w:rPr>
        <w:t xml:space="preserve"> u Sarajevu,  </w:t>
      </w:r>
      <w:r w:rsidRPr="00EA30D0">
        <w:rPr>
          <w:rFonts w:ascii="Tahoma" w:hAnsi="Tahoma" w:cs="Tahoma"/>
          <w:b/>
          <w:sz w:val="20"/>
          <w:szCs w:val="20"/>
        </w:rPr>
        <w:t>o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EA30D0">
        <w:rPr>
          <w:rFonts w:ascii="Tahoma" w:hAnsi="Tahoma" w:cs="Tahoma"/>
          <w:b/>
          <w:sz w:val="20"/>
          <w:szCs w:val="20"/>
        </w:rPr>
        <w:t>b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EA30D0">
        <w:rPr>
          <w:rFonts w:ascii="Tahoma" w:hAnsi="Tahoma" w:cs="Tahoma"/>
          <w:b/>
          <w:sz w:val="20"/>
          <w:szCs w:val="20"/>
        </w:rPr>
        <w:t>j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EA30D0">
        <w:rPr>
          <w:rFonts w:ascii="Tahoma" w:hAnsi="Tahoma" w:cs="Tahoma"/>
          <w:b/>
          <w:sz w:val="20"/>
          <w:szCs w:val="20"/>
        </w:rPr>
        <w:t>a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EA30D0">
        <w:rPr>
          <w:rFonts w:ascii="Tahoma" w:hAnsi="Tahoma" w:cs="Tahoma"/>
          <w:b/>
          <w:sz w:val="20"/>
          <w:szCs w:val="20"/>
        </w:rPr>
        <w:t>v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EA30D0">
        <w:rPr>
          <w:rFonts w:ascii="Tahoma" w:hAnsi="Tahoma" w:cs="Tahoma"/>
          <w:b/>
          <w:sz w:val="20"/>
          <w:szCs w:val="20"/>
        </w:rPr>
        <w:t>l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EA30D0">
        <w:rPr>
          <w:rFonts w:ascii="Tahoma" w:hAnsi="Tahoma" w:cs="Tahoma"/>
          <w:b/>
          <w:sz w:val="20"/>
          <w:szCs w:val="20"/>
        </w:rPr>
        <w:t>j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EA30D0">
        <w:rPr>
          <w:rFonts w:ascii="Tahoma" w:hAnsi="Tahoma" w:cs="Tahoma"/>
          <w:b/>
          <w:sz w:val="20"/>
          <w:szCs w:val="20"/>
        </w:rPr>
        <w:t>u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EA30D0">
        <w:rPr>
          <w:rFonts w:ascii="Tahoma" w:hAnsi="Tahoma" w:cs="Tahoma"/>
          <w:b/>
          <w:sz w:val="20"/>
          <w:szCs w:val="20"/>
        </w:rPr>
        <w:t>j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EA30D0">
        <w:rPr>
          <w:rFonts w:ascii="Tahoma" w:hAnsi="Tahoma" w:cs="Tahoma"/>
          <w:b/>
          <w:sz w:val="20"/>
          <w:szCs w:val="20"/>
        </w:rPr>
        <w:t>e</w:t>
      </w:r>
    </w:p>
    <w:p w14:paraId="420C43EA" w14:textId="77777777" w:rsidR="00C208C8" w:rsidRDefault="00C208C8" w:rsidP="00C208C8">
      <w:pPr>
        <w:jc w:val="both"/>
        <w:rPr>
          <w:rFonts w:ascii="Tahoma" w:hAnsi="Tahoma" w:cs="Tahoma"/>
          <w:b/>
          <w:sz w:val="20"/>
          <w:szCs w:val="20"/>
        </w:rPr>
      </w:pPr>
    </w:p>
    <w:p w14:paraId="6B9634E2" w14:textId="77777777" w:rsidR="00C208C8" w:rsidRPr="00860CD5" w:rsidRDefault="00C208C8" w:rsidP="00C208C8">
      <w:pPr>
        <w:jc w:val="center"/>
        <w:rPr>
          <w:rFonts w:ascii="Tahoma" w:hAnsi="Tahoma" w:cs="Tahoma"/>
          <w:b/>
          <w:sz w:val="20"/>
          <w:szCs w:val="20"/>
          <w:lang w:val="it-IT"/>
        </w:rPr>
      </w:pPr>
      <w:r w:rsidRPr="00860CD5">
        <w:rPr>
          <w:rFonts w:ascii="Tahoma" w:hAnsi="Tahoma" w:cs="Tahoma"/>
          <w:b/>
          <w:sz w:val="20"/>
          <w:szCs w:val="20"/>
          <w:lang w:val="it-IT"/>
        </w:rPr>
        <w:t>I N T E R N I   O G L A S</w:t>
      </w:r>
    </w:p>
    <w:p w14:paraId="7C77A9E0" w14:textId="77777777" w:rsidR="00C208C8" w:rsidRPr="00860CD5" w:rsidRDefault="00C208C8" w:rsidP="00C208C8">
      <w:pPr>
        <w:jc w:val="center"/>
        <w:rPr>
          <w:rFonts w:ascii="Tahoma" w:hAnsi="Tahoma" w:cs="Tahoma"/>
          <w:b/>
          <w:sz w:val="20"/>
          <w:szCs w:val="20"/>
          <w:lang w:val="it-IT"/>
        </w:rPr>
      </w:pPr>
      <w:r w:rsidRPr="00860CD5">
        <w:rPr>
          <w:rFonts w:ascii="Tahoma" w:hAnsi="Tahoma" w:cs="Tahoma"/>
          <w:b/>
          <w:sz w:val="20"/>
          <w:szCs w:val="20"/>
          <w:lang w:val="it-IT"/>
        </w:rPr>
        <w:t>za izbor i prijem kandidata na subspecijalizaciju</w:t>
      </w:r>
    </w:p>
    <w:p w14:paraId="15BCE63F" w14:textId="77777777" w:rsidR="00C208C8" w:rsidRPr="00860CD5" w:rsidRDefault="00C208C8" w:rsidP="00C208C8">
      <w:pPr>
        <w:jc w:val="center"/>
        <w:rPr>
          <w:rFonts w:ascii="Tahoma" w:hAnsi="Tahoma" w:cs="Tahoma"/>
          <w:b/>
          <w:sz w:val="20"/>
          <w:szCs w:val="20"/>
          <w:lang w:val="it-IT"/>
        </w:rPr>
      </w:pPr>
    </w:p>
    <w:tbl>
      <w:tblPr>
        <w:tblStyle w:val="TableGrid"/>
        <w:tblW w:w="7075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961"/>
        <w:gridCol w:w="4774"/>
        <w:gridCol w:w="1340"/>
      </w:tblGrid>
      <w:tr w:rsidR="00C208C8" w:rsidRPr="002C07E0" w14:paraId="4E84C9C9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0AD9B9B6" w14:textId="77777777" w:rsidR="00C208C8" w:rsidRDefault="00C208C8" w:rsidP="000B5F39">
            <w:pPr>
              <w:ind w:right="247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Red.</w:t>
            </w:r>
          </w:p>
          <w:p w14:paraId="5DB61EC8" w14:textId="77777777" w:rsidR="00C208C8" w:rsidRPr="002C07E0" w:rsidRDefault="00C208C8" w:rsidP="000B5F39">
            <w:pPr>
              <w:ind w:right="247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br.</w:t>
            </w:r>
          </w:p>
        </w:tc>
        <w:tc>
          <w:tcPr>
            <w:tcW w:w="4774" w:type="dxa"/>
            <w:shd w:val="clear" w:color="auto" w:fill="FFFFFF" w:themeFill="background1"/>
          </w:tcPr>
          <w:p w14:paraId="2EC7CA2E" w14:textId="77777777" w:rsidR="00C208C8" w:rsidRPr="002C07E0" w:rsidRDefault="00C208C8" w:rsidP="000B5F39">
            <w:pPr>
              <w:rPr>
                <w:rFonts w:ascii="Tahoma" w:hAnsi="Tahoma" w:cs="Tahoma"/>
                <w:b/>
                <w:bCs/>
              </w:rPr>
            </w:pPr>
            <w:proofErr w:type="spellStart"/>
            <w:r w:rsidRPr="002C07E0">
              <w:rPr>
                <w:rFonts w:ascii="Tahoma" w:hAnsi="Tahoma" w:cs="Tahoma"/>
                <w:b/>
                <w:bCs/>
              </w:rPr>
              <w:t>Naziv</w:t>
            </w:r>
            <w:proofErr w:type="spellEnd"/>
            <w:r w:rsidRPr="002C07E0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Pr="002C07E0">
              <w:rPr>
                <w:rFonts w:ascii="Tahoma" w:hAnsi="Tahoma" w:cs="Tahoma"/>
                <w:b/>
                <w:bCs/>
              </w:rPr>
              <w:t>subspecijalizacije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41A4134A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proofErr w:type="spellStart"/>
            <w:r>
              <w:rPr>
                <w:rFonts w:ascii="Tahoma" w:hAnsi="Tahoma" w:cs="Tahoma"/>
                <w:b/>
                <w:bCs/>
              </w:rPr>
              <w:t>Broj</w:t>
            </w:r>
            <w:proofErr w:type="spellEnd"/>
            <w:r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</w:rPr>
              <w:t>izvršilaca</w:t>
            </w:r>
            <w:proofErr w:type="spellEnd"/>
          </w:p>
        </w:tc>
      </w:tr>
      <w:tr w:rsidR="00C208C8" w:rsidRPr="002C07E0" w14:paraId="0857611B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573DFDEF" w14:textId="77777777" w:rsidR="00C208C8" w:rsidRPr="000F05A3" w:rsidRDefault="00C208C8" w:rsidP="000B5F39">
            <w:pPr>
              <w:jc w:val="both"/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1.</w:t>
            </w:r>
          </w:p>
        </w:tc>
        <w:tc>
          <w:tcPr>
            <w:tcW w:w="4774" w:type="dxa"/>
            <w:shd w:val="clear" w:color="auto" w:fill="FFFFFF" w:themeFill="background1"/>
          </w:tcPr>
          <w:p w14:paraId="00439278" w14:textId="77777777" w:rsidR="00C208C8" w:rsidRPr="00860CD5" w:rsidRDefault="00C208C8" w:rsidP="000B5F39">
            <w:pPr>
              <w:rPr>
                <w:rFonts w:ascii="Tahoma" w:hAnsi="Tahoma" w:cs="Tahoma"/>
                <w:b/>
                <w:lang w:val="it-IT"/>
              </w:rPr>
            </w:pPr>
            <w:r w:rsidRPr="00860CD5">
              <w:rPr>
                <w:rFonts w:ascii="Tahoma" w:hAnsi="Tahoma" w:cs="Tahoma"/>
                <w:b/>
                <w:lang w:val="it-IT"/>
              </w:rPr>
              <w:t>Plastična hirurgija glave i vrata</w:t>
            </w:r>
          </w:p>
        </w:tc>
        <w:tc>
          <w:tcPr>
            <w:tcW w:w="1340" w:type="dxa"/>
            <w:shd w:val="clear" w:color="auto" w:fill="FFFFFF" w:themeFill="background1"/>
          </w:tcPr>
          <w:p w14:paraId="3B56B480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2</w:t>
            </w:r>
          </w:p>
        </w:tc>
      </w:tr>
      <w:tr w:rsidR="00C208C8" w:rsidRPr="002C07E0" w14:paraId="11A8B84F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1B34F911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2.</w:t>
            </w:r>
          </w:p>
        </w:tc>
        <w:tc>
          <w:tcPr>
            <w:tcW w:w="4774" w:type="dxa"/>
            <w:shd w:val="clear" w:color="auto" w:fill="FFFFFF" w:themeFill="background1"/>
          </w:tcPr>
          <w:p w14:paraId="5A43B3C0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Cerebrovaskularna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0F05A3">
              <w:rPr>
                <w:rFonts w:ascii="Tahoma" w:hAnsi="Tahoma" w:cs="Tahoma"/>
                <w:b/>
              </w:rPr>
              <w:t>hirurgija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7253BDE4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2</w:t>
            </w:r>
          </w:p>
        </w:tc>
      </w:tr>
      <w:tr w:rsidR="00C208C8" w:rsidRPr="002C07E0" w14:paraId="2C4DAAE8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10B37882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3.</w:t>
            </w:r>
          </w:p>
        </w:tc>
        <w:tc>
          <w:tcPr>
            <w:tcW w:w="4774" w:type="dxa"/>
            <w:shd w:val="clear" w:color="auto" w:fill="FFFFFF" w:themeFill="background1"/>
          </w:tcPr>
          <w:p w14:paraId="5022C37B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 xml:space="preserve">Hirurgija </w:t>
            </w:r>
            <w:proofErr w:type="spellStart"/>
            <w:r w:rsidRPr="000F05A3">
              <w:rPr>
                <w:rFonts w:ascii="Tahoma" w:hAnsi="Tahoma" w:cs="Tahoma"/>
                <w:b/>
              </w:rPr>
              <w:t>baze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0F05A3">
              <w:rPr>
                <w:rFonts w:ascii="Tahoma" w:hAnsi="Tahoma" w:cs="Tahoma"/>
                <w:b/>
              </w:rPr>
              <w:t>lobanje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60B21E9F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2</w:t>
            </w:r>
          </w:p>
        </w:tc>
      </w:tr>
      <w:tr w:rsidR="00C208C8" w:rsidRPr="002C07E0" w14:paraId="3FB26942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3AA24466" w14:textId="77777777" w:rsidR="00C208C8" w:rsidRPr="000F05A3" w:rsidRDefault="00C208C8" w:rsidP="000B5F39">
            <w:pPr>
              <w:jc w:val="both"/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4.</w:t>
            </w:r>
          </w:p>
        </w:tc>
        <w:tc>
          <w:tcPr>
            <w:tcW w:w="4774" w:type="dxa"/>
            <w:shd w:val="clear" w:color="auto" w:fill="FFFFFF" w:themeFill="background1"/>
          </w:tcPr>
          <w:p w14:paraId="7E26C6C8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Dječija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0F05A3">
              <w:rPr>
                <w:rFonts w:ascii="Tahoma" w:hAnsi="Tahoma" w:cs="Tahoma"/>
                <w:b/>
              </w:rPr>
              <w:t>anestezija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i </w:t>
            </w:r>
            <w:proofErr w:type="spellStart"/>
            <w:r w:rsidRPr="000F05A3">
              <w:rPr>
                <w:rFonts w:ascii="Tahoma" w:hAnsi="Tahoma" w:cs="Tahoma"/>
                <w:b/>
              </w:rPr>
              <w:t>reanimacija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30A4DCAB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4</w:t>
            </w:r>
          </w:p>
        </w:tc>
      </w:tr>
      <w:tr w:rsidR="00C208C8" w:rsidRPr="002C07E0" w14:paraId="44449D6F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3A7CDA59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 xml:space="preserve">5. </w:t>
            </w:r>
          </w:p>
          <w:p w14:paraId="62D16C36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</w:p>
          <w:p w14:paraId="17313254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</w:p>
          <w:p w14:paraId="55648AC5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</w:p>
          <w:p w14:paraId="0D2C81A2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</w:p>
        </w:tc>
        <w:tc>
          <w:tcPr>
            <w:tcW w:w="4774" w:type="dxa"/>
            <w:shd w:val="clear" w:color="auto" w:fill="FFFFFF" w:themeFill="background1"/>
          </w:tcPr>
          <w:p w14:paraId="7F75E410" w14:textId="77777777" w:rsidR="00C208C8" w:rsidRPr="00860CD5" w:rsidRDefault="00C208C8" w:rsidP="000B5F39">
            <w:pPr>
              <w:rPr>
                <w:rFonts w:ascii="Tahoma" w:hAnsi="Tahoma" w:cs="Tahoma"/>
                <w:b/>
                <w:lang w:val="it-IT"/>
              </w:rPr>
            </w:pPr>
            <w:r w:rsidRPr="00860CD5">
              <w:rPr>
                <w:rFonts w:ascii="Tahoma" w:hAnsi="Tahoma" w:cs="Tahoma"/>
                <w:b/>
                <w:lang w:val="it-IT"/>
              </w:rPr>
              <w:t>Intenzivna medicina</w:t>
            </w:r>
          </w:p>
          <w:p w14:paraId="68BB2D33" w14:textId="77777777" w:rsidR="00C208C8" w:rsidRPr="00860CD5" w:rsidRDefault="00C208C8" w:rsidP="000B5F39">
            <w:pPr>
              <w:rPr>
                <w:rFonts w:ascii="Tahoma" w:hAnsi="Tahoma" w:cs="Tahoma"/>
                <w:lang w:val="it-IT"/>
              </w:rPr>
            </w:pPr>
            <w:r w:rsidRPr="00860CD5">
              <w:rPr>
                <w:rFonts w:ascii="Tahoma" w:hAnsi="Tahoma" w:cs="Tahoma"/>
                <w:lang w:val="it-IT"/>
              </w:rPr>
              <w:t>-Klinika za anesteziologiju, reanimatologiju i     intenzivnu medicinu - 6</w:t>
            </w:r>
          </w:p>
          <w:p w14:paraId="6FC1F33D" w14:textId="77777777" w:rsidR="00C208C8" w:rsidRPr="00860CD5" w:rsidRDefault="00C208C8" w:rsidP="000B5F39">
            <w:pPr>
              <w:rPr>
                <w:rFonts w:ascii="Tahoma" w:hAnsi="Tahoma" w:cs="Tahoma"/>
                <w:lang w:val="it-IT"/>
              </w:rPr>
            </w:pPr>
            <w:r w:rsidRPr="00860CD5">
              <w:rPr>
                <w:rFonts w:ascii="Tahoma" w:hAnsi="Tahoma" w:cs="Tahoma"/>
                <w:lang w:val="it-IT"/>
              </w:rPr>
              <w:t xml:space="preserve">-Klinika za plućne bolesti i tuberkulozu </w:t>
            </w:r>
          </w:p>
          <w:p w14:paraId="7E9D52B5" w14:textId="77777777" w:rsidR="00C208C8" w:rsidRPr="002C07E0" w:rsidRDefault="00C208C8" w:rsidP="000B5F3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“</w:t>
            </w:r>
            <w:proofErr w:type="spellStart"/>
            <w:r>
              <w:rPr>
                <w:rFonts w:ascii="Tahoma" w:hAnsi="Tahoma" w:cs="Tahoma"/>
              </w:rPr>
              <w:t>Podhrastovi</w:t>
            </w:r>
            <w:proofErr w:type="spellEnd"/>
            <w:r>
              <w:rPr>
                <w:rFonts w:ascii="Tahoma" w:hAnsi="Tahoma" w:cs="Tahoma"/>
              </w:rPr>
              <w:t>” - 3</w:t>
            </w:r>
          </w:p>
          <w:p w14:paraId="747AEB27" w14:textId="77777777" w:rsidR="00C208C8" w:rsidRPr="002C07E0" w:rsidRDefault="00C208C8" w:rsidP="000B5F3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-Klinika</w:t>
            </w:r>
            <w:r w:rsidRPr="002C07E0">
              <w:rPr>
                <w:rFonts w:ascii="Tahoma" w:hAnsi="Tahoma" w:cs="Tahoma"/>
              </w:rPr>
              <w:t xml:space="preserve"> za infektivne bolesti – 2</w:t>
            </w:r>
          </w:p>
        </w:tc>
        <w:tc>
          <w:tcPr>
            <w:tcW w:w="1340" w:type="dxa"/>
            <w:shd w:val="clear" w:color="auto" w:fill="FFFFFF" w:themeFill="background1"/>
          </w:tcPr>
          <w:p w14:paraId="2A9C2BAF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11</w:t>
            </w:r>
          </w:p>
        </w:tc>
      </w:tr>
      <w:tr w:rsidR="00C208C8" w:rsidRPr="002C07E0" w14:paraId="32870DEB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17588265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6.</w:t>
            </w:r>
          </w:p>
        </w:tc>
        <w:tc>
          <w:tcPr>
            <w:tcW w:w="4774" w:type="dxa"/>
            <w:shd w:val="clear" w:color="auto" w:fill="FFFFFF" w:themeFill="background1"/>
          </w:tcPr>
          <w:p w14:paraId="398F12B7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Fonijatrija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40CDCEE5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1</w:t>
            </w:r>
          </w:p>
        </w:tc>
      </w:tr>
      <w:tr w:rsidR="00C208C8" w:rsidRPr="002C07E0" w14:paraId="0B0728B4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022DCB57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7.</w:t>
            </w:r>
          </w:p>
        </w:tc>
        <w:tc>
          <w:tcPr>
            <w:tcW w:w="4774" w:type="dxa"/>
            <w:shd w:val="clear" w:color="auto" w:fill="FFFFFF" w:themeFill="background1"/>
          </w:tcPr>
          <w:p w14:paraId="31DE695A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Traumatologija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3C7C63A3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4</w:t>
            </w:r>
          </w:p>
        </w:tc>
      </w:tr>
      <w:tr w:rsidR="00C208C8" w:rsidRPr="002C07E0" w14:paraId="42E5D5F7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2CB1359E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8.</w:t>
            </w:r>
          </w:p>
        </w:tc>
        <w:tc>
          <w:tcPr>
            <w:tcW w:w="4774" w:type="dxa"/>
            <w:shd w:val="clear" w:color="auto" w:fill="FFFFFF" w:themeFill="background1"/>
          </w:tcPr>
          <w:p w14:paraId="2562B907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Audiologija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57611816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2</w:t>
            </w:r>
          </w:p>
        </w:tc>
      </w:tr>
      <w:tr w:rsidR="00C208C8" w:rsidRPr="002C07E0" w14:paraId="1F66C6DA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064E33A2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9.</w:t>
            </w:r>
          </w:p>
        </w:tc>
        <w:tc>
          <w:tcPr>
            <w:tcW w:w="4774" w:type="dxa"/>
            <w:shd w:val="clear" w:color="auto" w:fill="FFFFFF" w:themeFill="background1"/>
          </w:tcPr>
          <w:p w14:paraId="011F8B99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 xml:space="preserve">Abdominalna </w:t>
            </w:r>
            <w:proofErr w:type="spellStart"/>
            <w:r w:rsidRPr="000F05A3">
              <w:rPr>
                <w:rFonts w:ascii="Tahoma" w:hAnsi="Tahoma" w:cs="Tahoma"/>
                <w:b/>
              </w:rPr>
              <w:t>hirurgija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323B1379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7</w:t>
            </w:r>
          </w:p>
        </w:tc>
      </w:tr>
      <w:tr w:rsidR="00C208C8" w:rsidRPr="002C07E0" w14:paraId="19FA65CD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44E75985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10.</w:t>
            </w:r>
          </w:p>
        </w:tc>
        <w:tc>
          <w:tcPr>
            <w:tcW w:w="4774" w:type="dxa"/>
            <w:shd w:val="clear" w:color="auto" w:fill="FFFFFF" w:themeFill="background1"/>
          </w:tcPr>
          <w:p w14:paraId="7A622DF9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Gastroenterohepatologija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238AAC22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1</w:t>
            </w:r>
          </w:p>
        </w:tc>
      </w:tr>
      <w:tr w:rsidR="00C208C8" w:rsidRPr="002C07E0" w14:paraId="285FC260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36202DF5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11.</w:t>
            </w:r>
          </w:p>
        </w:tc>
        <w:tc>
          <w:tcPr>
            <w:tcW w:w="4774" w:type="dxa"/>
            <w:shd w:val="clear" w:color="auto" w:fill="FFFFFF" w:themeFill="background1"/>
          </w:tcPr>
          <w:p w14:paraId="0B8FEA99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Nefrologija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2B2793D9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1</w:t>
            </w:r>
          </w:p>
        </w:tc>
      </w:tr>
      <w:tr w:rsidR="00C208C8" w:rsidRPr="002C07E0" w14:paraId="26EABFC2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7CB0AED8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12.</w:t>
            </w:r>
          </w:p>
        </w:tc>
        <w:tc>
          <w:tcPr>
            <w:tcW w:w="4774" w:type="dxa"/>
            <w:shd w:val="clear" w:color="auto" w:fill="FFFFFF" w:themeFill="background1"/>
          </w:tcPr>
          <w:p w14:paraId="213089BC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Hematologija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5E20AF1C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2</w:t>
            </w:r>
          </w:p>
        </w:tc>
      </w:tr>
      <w:tr w:rsidR="00C208C8" w:rsidRPr="002C07E0" w14:paraId="4649F966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16CB2F40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13.</w:t>
            </w:r>
          </w:p>
        </w:tc>
        <w:tc>
          <w:tcPr>
            <w:tcW w:w="4774" w:type="dxa"/>
            <w:shd w:val="clear" w:color="auto" w:fill="FFFFFF" w:themeFill="background1"/>
          </w:tcPr>
          <w:p w14:paraId="0BE05F74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Medicinska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0F05A3">
              <w:rPr>
                <w:rFonts w:ascii="Tahoma" w:hAnsi="Tahoma" w:cs="Tahoma"/>
                <w:b/>
              </w:rPr>
              <w:t>onkologija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39BA9745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1</w:t>
            </w:r>
          </w:p>
        </w:tc>
      </w:tr>
      <w:tr w:rsidR="00C208C8" w:rsidRPr="002C07E0" w14:paraId="196292F7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1EF194E6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14.</w:t>
            </w:r>
          </w:p>
        </w:tc>
        <w:tc>
          <w:tcPr>
            <w:tcW w:w="4774" w:type="dxa"/>
            <w:shd w:val="clear" w:color="auto" w:fill="FFFFFF" w:themeFill="background1"/>
          </w:tcPr>
          <w:p w14:paraId="34EA030A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 xml:space="preserve">Klinička </w:t>
            </w:r>
            <w:proofErr w:type="spellStart"/>
            <w:r w:rsidRPr="000F05A3">
              <w:rPr>
                <w:rFonts w:ascii="Tahoma" w:hAnsi="Tahoma" w:cs="Tahoma"/>
                <w:b/>
              </w:rPr>
              <w:t>psihijatrija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1083550D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2</w:t>
            </w:r>
          </w:p>
        </w:tc>
      </w:tr>
      <w:tr w:rsidR="00C208C8" w:rsidRPr="002C07E0" w14:paraId="56B40902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75ACCCE4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15.</w:t>
            </w:r>
          </w:p>
        </w:tc>
        <w:tc>
          <w:tcPr>
            <w:tcW w:w="4774" w:type="dxa"/>
            <w:shd w:val="clear" w:color="auto" w:fill="FFFFFF" w:themeFill="background1"/>
          </w:tcPr>
          <w:p w14:paraId="013D4BC1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Psihoterapija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 </w:t>
            </w:r>
          </w:p>
        </w:tc>
        <w:tc>
          <w:tcPr>
            <w:tcW w:w="1340" w:type="dxa"/>
            <w:shd w:val="clear" w:color="auto" w:fill="FFFFFF" w:themeFill="background1"/>
          </w:tcPr>
          <w:p w14:paraId="278FE795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1</w:t>
            </w:r>
          </w:p>
        </w:tc>
      </w:tr>
      <w:tr w:rsidR="00C208C8" w:rsidRPr="002C07E0" w14:paraId="27FA93A4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53CA7AD0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16.</w:t>
            </w:r>
          </w:p>
        </w:tc>
        <w:tc>
          <w:tcPr>
            <w:tcW w:w="4774" w:type="dxa"/>
            <w:shd w:val="clear" w:color="auto" w:fill="FFFFFF" w:themeFill="background1"/>
          </w:tcPr>
          <w:p w14:paraId="19D66112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Forenzička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0F05A3">
              <w:rPr>
                <w:rFonts w:ascii="Tahoma" w:hAnsi="Tahoma" w:cs="Tahoma"/>
                <w:b/>
              </w:rPr>
              <w:t>psihijatrija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5056AB68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2</w:t>
            </w:r>
          </w:p>
        </w:tc>
      </w:tr>
      <w:tr w:rsidR="00C208C8" w:rsidRPr="002C07E0" w14:paraId="5ABD153A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52FED2C5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17.</w:t>
            </w:r>
          </w:p>
        </w:tc>
        <w:tc>
          <w:tcPr>
            <w:tcW w:w="4774" w:type="dxa"/>
            <w:shd w:val="clear" w:color="auto" w:fill="FFFFFF" w:themeFill="background1"/>
          </w:tcPr>
          <w:p w14:paraId="14E8A164" w14:textId="77777777" w:rsidR="00C208C8" w:rsidRPr="00860CD5" w:rsidRDefault="00C208C8" w:rsidP="000B5F39">
            <w:pPr>
              <w:rPr>
                <w:rFonts w:ascii="Tahoma" w:hAnsi="Tahoma" w:cs="Tahoma"/>
                <w:b/>
                <w:lang w:val="it-IT"/>
              </w:rPr>
            </w:pPr>
            <w:r w:rsidRPr="00860CD5">
              <w:rPr>
                <w:rFonts w:ascii="Tahoma" w:hAnsi="Tahoma" w:cs="Tahoma"/>
                <w:b/>
                <w:lang w:val="it-IT"/>
              </w:rPr>
              <w:t xml:space="preserve">Dječija i adolescentna psihijatrija i </w:t>
            </w:r>
            <w:r w:rsidRPr="00860CD5">
              <w:rPr>
                <w:rFonts w:ascii="Tahoma" w:hAnsi="Tahoma" w:cs="Tahoma"/>
                <w:b/>
                <w:lang w:val="it-IT"/>
              </w:rPr>
              <w:lastRenderedPageBreak/>
              <w:t>psihoterapija</w:t>
            </w:r>
          </w:p>
        </w:tc>
        <w:tc>
          <w:tcPr>
            <w:tcW w:w="1340" w:type="dxa"/>
            <w:shd w:val="clear" w:color="auto" w:fill="FFFFFF" w:themeFill="background1"/>
          </w:tcPr>
          <w:p w14:paraId="3B843A4B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lastRenderedPageBreak/>
              <w:t>2</w:t>
            </w:r>
          </w:p>
        </w:tc>
      </w:tr>
      <w:tr w:rsidR="00C208C8" w:rsidRPr="002C07E0" w14:paraId="318BC2E0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22E444F0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18.</w:t>
            </w:r>
          </w:p>
        </w:tc>
        <w:tc>
          <w:tcPr>
            <w:tcW w:w="4774" w:type="dxa"/>
            <w:shd w:val="clear" w:color="auto" w:fill="FFFFFF" w:themeFill="background1"/>
          </w:tcPr>
          <w:p w14:paraId="2A357020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Ginekološka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0F05A3">
              <w:rPr>
                <w:rFonts w:ascii="Tahoma" w:hAnsi="Tahoma" w:cs="Tahoma"/>
                <w:b/>
              </w:rPr>
              <w:t>onkologija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5F1B334C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2</w:t>
            </w:r>
          </w:p>
        </w:tc>
      </w:tr>
      <w:tr w:rsidR="00C208C8" w:rsidRPr="002C07E0" w14:paraId="54284AD6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59BFE42A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19.</w:t>
            </w:r>
          </w:p>
        </w:tc>
        <w:tc>
          <w:tcPr>
            <w:tcW w:w="4774" w:type="dxa"/>
            <w:shd w:val="clear" w:color="auto" w:fill="FFFFFF" w:themeFill="background1"/>
          </w:tcPr>
          <w:p w14:paraId="31A10277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Fetalna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0F05A3">
              <w:rPr>
                <w:rFonts w:ascii="Tahoma" w:hAnsi="Tahoma" w:cs="Tahoma"/>
                <w:b/>
              </w:rPr>
              <w:t>medicina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i </w:t>
            </w:r>
            <w:proofErr w:type="spellStart"/>
            <w:r w:rsidRPr="000F05A3">
              <w:rPr>
                <w:rFonts w:ascii="Tahoma" w:hAnsi="Tahoma" w:cs="Tahoma"/>
                <w:b/>
              </w:rPr>
              <w:t>opstetricija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08E85598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1</w:t>
            </w:r>
          </w:p>
        </w:tc>
      </w:tr>
      <w:tr w:rsidR="00C208C8" w:rsidRPr="002C07E0" w14:paraId="3E0E7EFF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28CBCA70" w14:textId="77777777" w:rsidR="00C208C8" w:rsidRPr="000F05A3" w:rsidRDefault="00C208C8" w:rsidP="000B5F39">
            <w:pPr>
              <w:jc w:val="both"/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20.</w:t>
            </w:r>
          </w:p>
        </w:tc>
        <w:tc>
          <w:tcPr>
            <w:tcW w:w="4774" w:type="dxa"/>
            <w:shd w:val="clear" w:color="auto" w:fill="FFFFFF" w:themeFill="background1"/>
          </w:tcPr>
          <w:p w14:paraId="2D21E43C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 xml:space="preserve">Humana </w:t>
            </w:r>
            <w:proofErr w:type="spellStart"/>
            <w:r w:rsidRPr="000F05A3">
              <w:rPr>
                <w:rFonts w:ascii="Tahoma" w:hAnsi="Tahoma" w:cs="Tahoma"/>
                <w:b/>
              </w:rPr>
              <w:t>reprodukcija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083D9875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2</w:t>
            </w:r>
          </w:p>
        </w:tc>
      </w:tr>
      <w:tr w:rsidR="00C208C8" w:rsidRPr="002C07E0" w14:paraId="3EC61CB6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4D2AC2D8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21.</w:t>
            </w:r>
          </w:p>
          <w:p w14:paraId="7C81B9DF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</w:p>
          <w:p w14:paraId="17C4A550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</w:p>
        </w:tc>
        <w:tc>
          <w:tcPr>
            <w:tcW w:w="4774" w:type="dxa"/>
            <w:shd w:val="clear" w:color="auto" w:fill="FFFFFF" w:themeFill="background1"/>
          </w:tcPr>
          <w:p w14:paraId="6E06A6EE" w14:textId="77777777" w:rsidR="00C208C8" w:rsidRPr="00860CD5" w:rsidRDefault="00C208C8" w:rsidP="000B5F39">
            <w:pPr>
              <w:rPr>
                <w:rFonts w:ascii="Tahoma" w:hAnsi="Tahoma" w:cs="Tahoma"/>
                <w:b/>
                <w:lang w:val="de-DE"/>
              </w:rPr>
            </w:pPr>
            <w:r w:rsidRPr="00860CD5">
              <w:rPr>
                <w:rFonts w:ascii="Tahoma" w:hAnsi="Tahoma" w:cs="Tahoma"/>
                <w:b/>
                <w:lang w:val="de-DE"/>
              </w:rPr>
              <w:t xml:space="preserve">Uroginekologija </w:t>
            </w:r>
          </w:p>
          <w:p w14:paraId="103EF37F" w14:textId="77777777" w:rsidR="00C208C8" w:rsidRPr="00860CD5" w:rsidRDefault="00C208C8" w:rsidP="000B5F39">
            <w:pPr>
              <w:rPr>
                <w:rFonts w:ascii="Tahoma" w:hAnsi="Tahoma" w:cs="Tahoma"/>
                <w:lang w:val="de-DE"/>
              </w:rPr>
            </w:pPr>
            <w:r w:rsidRPr="00860CD5">
              <w:rPr>
                <w:rFonts w:ascii="Tahoma" w:hAnsi="Tahoma" w:cs="Tahoma"/>
                <w:lang w:val="de-DE"/>
              </w:rPr>
              <w:t>-Klinika za urologiju i transplantaciju - 1</w:t>
            </w:r>
          </w:p>
          <w:p w14:paraId="5A100C80" w14:textId="77777777" w:rsidR="00C208C8" w:rsidRPr="00860CD5" w:rsidRDefault="00C208C8" w:rsidP="000B5F39">
            <w:pPr>
              <w:rPr>
                <w:rFonts w:ascii="Tahoma" w:hAnsi="Tahoma" w:cs="Tahoma"/>
                <w:lang w:val="de-DE"/>
              </w:rPr>
            </w:pPr>
            <w:r w:rsidRPr="00860CD5">
              <w:rPr>
                <w:rFonts w:ascii="Tahoma" w:hAnsi="Tahoma" w:cs="Tahoma"/>
                <w:lang w:val="de-DE"/>
              </w:rPr>
              <w:t>-Klinika za za ginekologiju i akušerstvo – 1</w:t>
            </w:r>
          </w:p>
        </w:tc>
        <w:tc>
          <w:tcPr>
            <w:tcW w:w="1340" w:type="dxa"/>
            <w:shd w:val="clear" w:color="auto" w:fill="FFFFFF" w:themeFill="background1"/>
          </w:tcPr>
          <w:p w14:paraId="34BC81A3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2</w:t>
            </w:r>
          </w:p>
        </w:tc>
      </w:tr>
      <w:tr w:rsidR="00C208C8" w:rsidRPr="002C07E0" w14:paraId="67C6EDF7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51484B6E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22.</w:t>
            </w:r>
          </w:p>
        </w:tc>
        <w:tc>
          <w:tcPr>
            <w:tcW w:w="4774" w:type="dxa"/>
            <w:shd w:val="clear" w:color="auto" w:fill="FFFFFF" w:themeFill="background1"/>
          </w:tcPr>
          <w:p w14:paraId="5D82A894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Medicinska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0F05A3">
              <w:rPr>
                <w:rFonts w:ascii="Tahoma" w:hAnsi="Tahoma" w:cs="Tahoma"/>
                <w:b/>
              </w:rPr>
              <w:t>mikologija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788A2C00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1</w:t>
            </w:r>
          </w:p>
        </w:tc>
      </w:tr>
      <w:tr w:rsidR="00C208C8" w:rsidRPr="002C07E0" w14:paraId="01AD9940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55A40135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23.</w:t>
            </w:r>
          </w:p>
        </w:tc>
        <w:tc>
          <w:tcPr>
            <w:tcW w:w="4774" w:type="dxa"/>
            <w:shd w:val="clear" w:color="auto" w:fill="FFFFFF" w:themeFill="background1"/>
          </w:tcPr>
          <w:p w14:paraId="0FCF3E5A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Parazitologija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1C97ABFC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1</w:t>
            </w:r>
          </w:p>
        </w:tc>
      </w:tr>
      <w:tr w:rsidR="00C208C8" w:rsidRPr="002C07E0" w14:paraId="4AA1B8A1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7BDCD04A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24.</w:t>
            </w:r>
          </w:p>
        </w:tc>
        <w:tc>
          <w:tcPr>
            <w:tcW w:w="4774" w:type="dxa"/>
            <w:shd w:val="clear" w:color="auto" w:fill="FFFFFF" w:themeFill="background1"/>
          </w:tcPr>
          <w:p w14:paraId="612F8EE2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Virusologija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78896983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1</w:t>
            </w:r>
          </w:p>
        </w:tc>
      </w:tr>
      <w:tr w:rsidR="00C208C8" w:rsidRPr="002C07E0" w14:paraId="0E1CE719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3934E403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25.</w:t>
            </w:r>
          </w:p>
        </w:tc>
        <w:tc>
          <w:tcPr>
            <w:tcW w:w="4774" w:type="dxa"/>
            <w:shd w:val="clear" w:color="auto" w:fill="FFFFFF" w:themeFill="background1"/>
          </w:tcPr>
          <w:p w14:paraId="3D1C13AB" w14:textId="77777777" w:rsidR="00C208C8" w:rsidRPr="000F05A3" w:rsidRDefault="00C208C8" w:rsidP="000B5F39">
            <w:pPr>
              <w:ind w:left="-371"/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 xml:space="preserve">De  </w:t>
            </w:r>
            <w:proofErr w:type="spellStart"/>
            <w:r w:rsidRPr="000F05A3">
              <w:rPr>
                <w:rFonts w:ascii="Tahoma" w:hAnsi="Tahoma" w:cs="Tahoma"/>
                <w:b/>
              </w:rPr>
              <w:t>Dermatološka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0F05A3">
              <w:rPr>
                <w:rFonts w:ascii="Tahoma" w:hAnsi="Tahoma" w:cs="Tahoma"/>
                <w:b/>
              </w:rPr>
              <w:t>onkologija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792B5305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1</w:t>
            </w:r>
          </w:p>
        </w:tc>
      </w:tr>
      <w:tr w:rsidR="00C208C8" w:rsidRPr="002C07E0" w14:paraId="28A0C427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05DA5C5D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26.</w:t>
            </w:r>
          </w:p>
        </w:tc>
        <w:tc>
          <w:tcPr>
            <w:tcW w:w="4774" w:type="dxa"/>
            <w:shd w:val="clear" w:color="auto" w:fill="FFFFFF" w:themeFill="background1"/>
          </w:tcPr>
          <w:p w14:paraId="25160AB1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Interventna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0F05A3">
              <w:rPr>
                <w:rFonts w:ascii="Tahoma" w:hAnsi="Tahoma" w:cs="Tahoma"/>
                <w:b/>
              </w:rPr>
              <w:t>radiologija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59A4F6E6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1</w:t>
            </w:r>
          </w:p>
        </w:tc>
      </w:tr>
      <w:tr w:rsidR="00C208C8" w:rsidRPr="002C07E0" w14:paraId="353E2C5E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3A91C38A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27.</w:t>
            </w:r>
          </w:p>
        </w:tc>
        <w:tc>
          <w:tcPr>
            <w:tcW w:w="4774" w:type="dxa"/>
            <w:shd w:val="clear" w:color="auto" w:fill="FFFFFF" w:themeFill="background1"/>
          </w:tcPr>
          <w:p w14:paraId="050767E4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Angiologija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082958BE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1</w:t>
            </w:r>
          </w:p>
        </w:tc>
      </w:tr>
      <w:tr w:rsidR="00C208C8" w:rsidRPr="002C07E0" w14:paraId="3CD5D2DB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2D38E698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28.</w:t>
            </w:r>
          </w:p>
          <w:p w14:paraId="7AF323E4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</w:p>
        </w:tc>
        <w:tc>
          <w:tcPr>
            <w:tcW w:w="4774" w:type="dxa"/>
            <w:shd w:val="clear" w:color="auto" w:fill="FFFFFF" w:themeFill="background1"/>
          </w:tcPr>
          <w:p w14:paraId="5CB4D764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Reumatologija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</w:t>
            </w:r>
          </w:p>
          <w:p w14:paraId="20B7F105" w14:textId="77777777" w:rsidR="00C208C8" w:rsidRPr="002C07E0" w:rsidRDefault="00C208C8" w:rsidP="000B5F3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-Klinika za fizijatriju i rehabilitaciju</w:t>
            </w:r>
          </w:p>
        </w:tc>
        <w:tc>
          <w:tcPr>
            <w:tcW w:w="1340" w:type="dxa"/>
            <w:shd w:val="clear" w:color="auto" w:fill="FFFFFF" w:themeFill="background1"/>
          </w:tcPr>
          <w:p w14:paraId="4BA6108D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2</w:t>
            </w:r>
          </w:p>
        </w:tc>
      </w:tr>
      <w:tr w:rsidR="00C208C8" w:rsidRPr="002C07E0" w14:paraId="14BB5415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7206E908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29.</w:t>
            </w:r>
          </w:p>
          <w:p w14:paraId="0E26D112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</w:p>
        </w:tc>
        <w:tc>
          <w:tcPr>
            <w:tcW w:w="4774" w:type="dxa"/>
            <w:shd w:val="clear" w:color="auto" w:fill="FFFFFF" w:themeFill="background1"/>
          </w:tcPr>
          <w:p w14:paraId="022F4814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 xml:space="preserve">Klinička </w:t>
            </w:r>
            <w:proofErr w:type="spellStart"/>
            <w:r w:rsidRPr="000F05A3">
              <w:rPr>
                <w:rFonts w:ascii="Tahoma" w:hAnsi="Tahoma" w:cs="Tahoma"/>
                <w:b/>
              </w:rPr>
              <w:t>imunologija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i </w:t>
            </w:r>
            <w:proofErr w:type="spellStart"/>
            <w:r w:rsidRPr="000F05A3">
              <w:rPr>
                <w:rFonts w:ascii="Tahoma" w:hAnsi="Tahoma" w:cs="Tahoma"/>
                <w:b/>
              </w:rPr>
              <w:t>alergologija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</w:t>
            </w:r>
          </w:p>
          <w:p w14:paraId="6AECE501" w14:textId="77777777" w:rsidR="00C208C8" w:rsidRPr="002C07E0" w:rsidRDefault="00C208C8" w:rsidP="000B5F3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-Klinika</w:t>
            </w:r>
            <w:r w:rsidRPr="002C07E0">
              <w:rPr>
                <w:rFonts w:ascii="Tahoma" w:hAnsi="Tahoma" w:cs="Tahoma"/>
              </w:rPr>
              <w:t xml:space="preserve"> za infektivne bolesti</w:t>
            </w:r>
          </w:p>
        </w:tc>
        <w:tc>
          <w:tcPr>
            <w:tcW w:w="1340" w:type="dxa"/>
            <w:shd w:val="clear" w:color="auto" w:fill="FFFFFF" w:themeFill="background1"/>
          </w:tcPr>
          <w:p w14:paraId="1D1A4AFC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1</w:t>
            </w:r>
          </w:p>
        </w:tc>
      </w:tr>
      <w:tr w:rsidR="00C208C8" w:rsidRPr="002C07E0" w14:paraId="6C64C01C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71955562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30.</w:t>
            </w:r>
          </w:p>
        </w:tc>
        <w:tc>
          <w:tcPr>
            <w:tcW w:w="4774" w:type="dxa"/>
            <w:shd w:val="clear" w:color="auto" w:fill="FFFFFF" w:themeFill="background1"/>
          </w:tcPr>
          <w:p w14:paraId="08F993CE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Pedijatrijska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0F05A3">
              <w:rPr>
                <w:rFonts w:ascii="Tahoma" w:hAnsi="Tahoma" w:cs="Tahoma"/>
                <w:b/>
              </w:rPr>
              <w:t>kardiologija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69A7FB68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1</w:t>
            </w:r>
          </w:p>
        </w:tc>
      </w:tr>
      <w:tr w:rsidR="00C208C8" w:rsidRPr="002C07E0" w14:paraId="26CD1F36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702AF19F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31.</w:t>
            </w:r>
          </w:p>
        </w:tc>
        <w:tc>
          <w:tcPr>
            <w:tcW w:w="4774" w:type="dxa"/>
            <w:shd w:val="clear" w:color="auto" w:fill="FFFFFF" w:themeFill="background1"/>
          </w:tcPr>
          <w:p w14:paraId="3A845FEA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Pedijatrijska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0F05A3">
              <w:rPr>
                <w:rFonts w:ascii="Tahoma" w:hAnsi="Tahoma" w:cs="Tahoma"/>
                <w:b/>
              </w:rPr>
              <w:t>endokrinologija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i </w:t>
            </w:r>
            <w:proofErr w:type="spellStart"/>
            <w:r w:rsidRPr="000F05A3">
              <w:rPr>
                <w:rFonts w:ascii="Tahoma" w:hAnsi="Tahoma" w:cs="Tahoma"/>
                <w:b/>
              </w:rPr>
              <w:t>djabetologija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0360774B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2</w:t>
            </w:r>
          </w:p>
        </w:tc>
      </w:tr>
      <w:tr w:rsidR="00C208C8" w:rsidRPr="002C07E0" w14:paraId="331FF11D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26331F7A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32.</w:t>
            </w:r>
          </w:p>
        </w:tc>
        <w:tc>
          <w:tcPr>
            <w:tcW w:w="4774" w:type="dxa"/>
            <w:shd w:val="clear" w:color="auto" w:fill="FFFFFF" w:themeFill="background1"/>
          </w:tcPr>
          <w:p w14:paraId="124B6264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Neuropedijatrija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710A4C59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2</w:t>
            </w:r>
          </w:p>
        </w:tc>
      </w:tr>
      <w:tr w:rsidR="00C208C8" w:rsidRPr="002C07E0" w14:paraId="27B43348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6B71A5E5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33.</w:t>
            </w:r>
          </w:p>
        </w:tc>
        <w:tc>
          <w:tcPr>
            <w:tcW w:w="4774" w:type="dxa"/>
            <w:shd w:val="clear" w:color="auto" w:fill="FFFFFF" w:themeFill="background1"/>
          </w:tcPr>
          <w:p w14:paraId="01F64386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Pedijatrijska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0F05A3">
              <w:rPr>
                <w:rFonts w:ascii="Tahoma" w:hAnsi="Tahoma" w:cs="Tahoma"/>
                <w:b/>
              </w:rPr>
              <w:t>hematologija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i </w:t>
            </w:r>
            <w:proofErr w:type="spellStart"/>
            <w:r w:rsidRPr="000F05A3">
              <w:rPr>
                <w:rFonts w:ascii="Tahoma" w:hAnsi="Tahoma" w:cs="Tahoma"/>
                <w:b/>
              </w:rPr>
              <w:t>onkologija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5F890C92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2</w:t>
            </w:r>
          </w:p>
        </w:tc>
      </w:tr>
      <w:tr w:rsidR="00C208C8" w:rsidRPr="002C07E0" w14:paraId="28D28A7D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47200D66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34.</w:t>
            </w:r>
          </w:p>
        </w:tc>
        <w:tc>
          <w:tcPr>
            <w:tcW w:w="4774" w:type="dxa"/>
            <w:shd w:val="clear" w:color="auto" w:fill="FFFFFF" w:themeFill="background1"/>
          </w:tcPr>
          <w:p w14:paraId="33AEDD65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Pedijatrijska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0F05A3">
              <w:rPr>
                <w:rFonts w:ascii="Tahoma" w:hAnsi="Tahoma" w:cs="Tahoma"/>
                <w:b/>
              </w:rPr>
              <w:t>nefrologija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56702F47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1</w:t>
            </w:r>
          </w:p>
        </w:tc>
      </w:tr>
      <w:tr w:rsidR="00C208C8" w:rsidRPr="002C07E0" w14:paraId="222894B3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3017B321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35.</w:t>
            </w:r>
          </w:p>
        </w:tc>
        <w:tc>
          <w:tcPr>
            <w:tcW w:w="4774" w:type="dxa"/>
            <w:shd w:val="clear" w:color="auto" w:fill="FFFFFF" w:themeFill="background1"/>
          </w:tcPr>
          <w:p w14:paraId="183FCB0A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Pedijatrijska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0F05A3">
              <w:rPr>
                <w:rFonts w:ascii="Tahoma" w:hAnsi="Tahoma" w:cs="Tahoma"/>
                <w:b/>
              </w:rPr>
              <w:t>gastroenterohepatologija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625CEE23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1</w:t>
            </w:r>
          </w:p>
        </w:tc>
      </w:tr>
      <w:tr w:rsidR="00C208C8" w:rsidRPr="002C07E0" w14:paraId="5D10CEE2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09DD64A8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36.</w:t>
            </w:r>
          </w:p>
        </w:tc>
        <w:tc>
          <w:tcPr>
            <w:tcW w:w="4774" w:type="dxa"/>
            <w:shd w:val="clear" w:color="auto" w:fill="FFFFFF" w:themeFill="background1"/>
          </w:tcPr>
          <w:p w14:paraId="0D6B3B67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Neonatologija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65D2A500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2</w:t>
            </w:r>
          </w:p>
        </w:tc>
      </w:tr>
      <w:tr w:rsidR="00C208C8" w:rsidRPr="002C07E0" w14:paraId="30F3D727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68DDA4CB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37.</w:t>
            </w:r>
          </w:p>
        </w:tc>
        <w:tc>
          <w:tcPr>
            <w:tcW w:w="4774" w:type="dxa"/>
            <w:shd w:val="clear" w:color="auto" w:fill="FFFFFF" w:themeFill="background1"/>
          </w:tcPr>
          <w:p w14:paraId="1A07E0C8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Pedijatrijska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0F05A3">
              <w:rPr>
                <w:rFonts w:ascii="Tahoma" w:hAnsi="Tahoma" w:cs="Tahoma"/>
                <w:b/>
              </w:rPr>
              <w:t>pulmologija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3B4714C0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2</w:t>
            </w:r>
          </w:p>
        </w:tc>
      </w:tr>
      <w:tr w:rsidR="00C208C8" w:rsidRPr="002C07E0" w14:paraId="521736B9" w14:textId="77777777" w:rsidTr="000B5F39">
        <w:trPr>
          <w:jc w:val="center"/>
        </w:trPr>
        <w:tc>
          <w:tcPr>
            <w:tcW w:w="961" w:type="dxa"/>
            <w:shd w:val="clear" w:color="auto" w:fill="FFFFFF" w:themeFill="background1"/>
          </w:tcPr>
          <w:p w14:paraId="1591BF00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r w:rsidRPr="000F05A3">
              <w:rPr>
                <w:rFonts w:ascii="Tahoma" w:hAnsi="Tahoma" w:cs="Tahoma"/>
                <w:b/>
              </w:rPr>
              <w:t>38.</w:t>
            </w:r>
          </w:p>
        </w:tc>
        <w:tc>
          <w:tcPr>
            <w:tcW w:w="4774" w:type="dxa"/>
            <w:shd w:val="clear" w:color="auto" w:fill="FFFFFF" w:themeFill="background1"/>
          </w:tcPr>
          <w:p w14:paraId="13590F96" w14:textId="77777777" w:rsidR="00C208C8" w:rsidRPr="000F05A3" w:rsidRDefault="00C208C8" w:rsidP="000B5F39">
            <w:pPr>
              <w:rPr>
                <w:rFonts w:ascii="Tahoma" w:hAnsi="Tahoma" w:cs="Tahoma"/>
                <w:b/>
              </w:rPr>
            </w:pPr>
            <w:proofErr w:type="spellStart"/>
            <w:r w:rsidRPr="000F05A3">
              <w:rPr>
                <w:rFonts w:ascii="Tahoma" w:hAnsi="Tahoma" w:cs="Tahoma"/>
                <w:b/>
              </w:rPr>
              <w:t>Pedijatrijska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0F05A3">
              <w:rPr>
                <w:rFonts w:ascii="Tahoma" w:hAnsi="Tahoma" w:cs="Tahoma"/>
                <w:b/>
              </w:rPr>
              <w:t>imunologija</w:t>
            </w:r>
            <w:proofErr w:type="spellEnd"/>
            <w:r w:rsidRPr="000F05A3">
              <w:rPr>
                <w:rFonts w:ascii="Tahoma" w:hAnsi="Tahoma" w:cs="Tahoma"/>
                <w:b/>
              </w:rPr>
              <w:t xml:space="preserve"> i </w:t>
            </w:r>
            <w:proofErr w:type="spellStart"/>
            <w:r w:rsidRPr="000F05A3">
              <w:rPr>
                <w:rFonts w:ascii="Tahoma" w:hAnsi="Tahoma" w:cs="Tahoma"/>
                <w:b/>
              </w:rPr>
              <w:t>reumatologija</w:t>
            </w:r>
            <w:proofErr w:type="spellEnd"/>
          </w:p>
        </w:tc>
        <w:tc>
          <w:tcPr>
            <w:tcW w:w="1340" w:type="dxa"/>
            <w:shd w:val="clear" w:color="auto" w:fill="FFFFFF" w:themeFill="background1"/>
          </w:tcPr>
          <w:p w14:paraId="5AB7A3E4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2</w:t>
            </w:r>
          </w:p>
        </w:tc>
      </w:tr>
      <w:tr w:rsidR="00C208C8" w:rsidRPr="002C07E0" w14:paraId="1BB64BF4" w14:textId="77777777" w:rsidTr="000B5F39">
        <w:trPr>
          <w:trHeight w:val="263"/>
          <w:jc w:val="center"/>
        </w:trPr>
        <w:tc>
          <w:tcPr>
            <w:tcW w:w="961" w:type="dxa"/>
            <w:shd w:val="clear" w:color="auto" w:fill="FFFFFF" w:themeFill="background1"/>
          </w:tcPr>
          <w:p w14:paraId="5F9B2954" w14:textId="77777777" w:rsidR="00C208C8" w:rsidRPr="002C07E0" w:rsidRDefault="00C208C8" w:rsidP="000B5F39">
            <w:pPr>
              <w:jc w:val="right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4774" w:type="dxa"/>
            <w:shd w:val="clear" w:color="auto" w:fill="FFFFFF" w:themeFill="background1"/>
          </w:tcPr>
          <w:p w14:paraId="5E8D585A" w14:textId="77777777" w:rsidR="00C208C8" w:rsidRPr="002C07E0" w:rsidRDefault="00C208C8" w:rsidP="000B5F39">
            <w:pPr>
              <w:rPr>
                <w:rFonts w:ascii="Tahoma" w:hAnsi="Tahoma" w:cs="Tahoma"/>
                <w:b/>
                <w:bCs/>
              </w:rPr>
            </w:pPr>
            <w:proofErr w:type="spellStart"/>
            <w:r w:rsidRPr="002C07E0">
              <w:rPr>
                <w:rFonts w:ascii="Tahoma" w:hAnsi="Tahoma" w:cs="Tahoma"/>
                <w:b/>
                <w:bCs/>
              </w:rPr>
              <w:t>Ukupno</w:t>
            </w:r>
            <w:proofErr w:type="spellEnd"/>
            <w:r w:rsidRPr="002C07E0">
              <w:rPr>
                <w:rFonts w:ascii="Tahoma" w:hAnsi="Tahoma" w:cs="Tahoma"/>
                <w:b/>
                <w:bCs/>
              </w:rPr>
              <w:t xml:space="preserve"> </w:t>
            </w:r>
            <w:proofErr w:type="spellStart"/>
            <w:r w:rsidRPr="002C07E0">
              <w:rPr>
                <w:rFonts w:ascii="Tahoma" w:hAnsi="Tahoma" w:cs="Tahoma"/>
                <w:b/>
                <w:bCs/>
              </w:rPr>
              <w:t>subspecijalizacija</w:t>
            </w:r>
            <w:proofErr w:type="spellEnd"/>
            <w:r w:rsidRPr="002C07E0">
              <w:rPr>
                <w:rFonts w:ascii="Tahoma" w:hAnsi="Tahoma" w:cs="Tahoma"/>
                <w:b/>
                <w:bCs/>
              </w:rPr>
              <w:t xml:space="preserve"> </w:t>
            </w:r>
          </w:p>
        </w:tc>
        <w:tc>
          <w:tcPr>
            <w:tcW w:w="1340" w:type="dxa"/>
            <w:shd w:val="clear" w:color="auto" w:fill="FFFFFF" w:themeFill="background1"/>
          </w:tcPr>
          <w:p w14:paraId="6F83508E" w14:textId="77777777" w:rsidR="00C208C8" w:rsidRPr="002C07E0" w:rsidRDefault="00C208C8" w:rsidP="000B5F39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2C07E0">
              <w:rPr>
                <w:rFonts w:ascii="Tahoma" w:hAnsi="Tahoma" w:cs="Tahoma"/>
                <w:b/>
                <w:bCs/>
              </w:rPr>
              <w:t>78</w:t>
            </w:r>
          </w:p>
        </w:tc>
      </w:tr>
    </w:tbl>
    <w:p w14:paraId="3B8C8690" w14:textId="77777777" w:rsidR="00C208C8" w:rsidRPr="002C07E0" w:rsidRDefault="00C208C8" w:rsidP="00C208C8">
      <w:pPr>
        <w:jc w:val="both"/>
        <w:rPr>
          <w:rFonts w:ascii="Tahoma" w:hAnsi="Tahoma" w:cs="Tahoma"/>
          <w:b/>
          <w:sz w:val="20"/>
          <w:szCs w:val="20"/>
        </w:rPr>
      </w:pPr>
    </w:p>
    <w:p w14:paraId="191321A0" w14:textId="77777777" w:rsidR="00C208C8" w:rsidRPr="00860CD5" w:rsidRDefault="00C208C8" w:rsidP="00C208C8">
      <w:pPr>
        <w:jc w:val="both"/>
        <w:rPr>
          <w:rFonts w:ascii="Tahoma" w:hAnsi="Tahoma" w:cs="Tahoma"/>
          <w:b/>
          <w:sz w:val="20"/>
          <w:szCs w:val="20"/>
          <w:lang w:val="it-IT"/>
        </w:rPr>
      </w:pPr>
      <w:r w:rsidRPr="00860CD5">
        <w:rPr>
          <w:rFonts w:ascii="Tahoma" w:hAnsi="Tahoma" w:cs="Tahoma"/>
          <w:b/>
          <w:sz w:val="20"/>
          <w:szCs w:val="20"/>
          <w:lang w:val="it-IT"/>
        </w:rPr>
        <w:t>Kandidati treba da ispunjavaju  opće uslove:</w:t>
      </w:r>
    </w:p>
    <w:p w14:paraId="0DFDAC67" w14:textId="77777777" w:rsidR="00C208C8" w:rsidRPr="00860CD5" w:rsidRDefault="00C208C8" w:rsidP="00C208C8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ahoma" w:hAnsi="Tahoma" w:cs="Tahoma"/>
          <w:sz w:val="20"/>
          <w:szCs w:val="20"/>
          <w:lang w:val="it-IT"/>
        </w:rPr>
      </w:pPr>
      <w:r w:rsidRPr="00860CD5">
        <w:rPr>
          <w:rFonts w:ascii="Tahoma" w:hAnsi="Tahoma" w:cs="Tahoma"/>
          <w:sz w:val="20"/>
          <w:szCs w:val="20"/>
          <w:lang w:val="it-IT"/>
        </w:rPr>
        <w:t>zdravstveni radnik visoke stručne spreme,</w:t>
      </w:r>
    </w:p>
    <w:p w14:paraId="57CBA483" w14:textId="77777777" w:rsidR="00C208C8" w:rsidRPr="002C07E0" w:rsidRDefault="00C208C8" w:rsidP="00C208C8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proofErr w:type="spellStart"/>
      <w:r w:rsidRPr="002C07E0">
        <w:rPr>
          <w:rFonts w:ascii="Tahoma" w:hAnsi="Tahoma" w:cs="Tahoma"/>
          <w:sz w:val="20"/>
          <w:szCs w:val="20"/>
        </w:rPr>
        <w:t>položen</w:t>
      </w:r>
      <w:proofErr w:type="spellEnd"/>
      <w:r w:rsidRPr="002C07E0">
        <w:rPr>
          <w:rFonts w:ascii="Tahoma" w:hAnsi="Tahoma" w:cs="Tahoma"/>
          <w:sz w:val="20"/>
          <w:szCs w:val="20"/>
        </w:rPr>
        <w:t xml:space="preserve"> stručnih </w:t>
      </w:r>
      <w:proofErr w:type="spellStart"/>
      <w:r w:rsidRPr="002C07E0">
        <w:rPr>
          <w:rFonts w:ascii="Tahoma" w:hAnsi="Tahoma" w:cs="Tahoma"/>
          <w:sz w:val="20"/>
          <w:szCs w:val="20"/>
        </w:rPr>
        <w:t>ispit</w:t>
      </w:r>
      <w:proofErr w:type="spellEnd"/>
      <w:r w:rsidRPr="002C07E0">
        <w:rPr>
          <w:rFonts w:ascii="Tahoma" w:hAnsi="Tahoma" w:cs="Tahoma"/>
          <w:sz w:val="20"/>
          <w:szCs w:val="20"/>
        </w:rPr>
        <w:t>,</w:t>
      </w:r>
    </w:p>
    <w:p w14:paraId="3A731F2A" w14:textId="77777777" w:rsidR="00C208C8" w:rsidRPr="002C07E0" w:rsidRDefault="00C208C8" w:rsidP="00C208C8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proofErr w:type="spellStart"/>
      <w:r w:rsidRPr="002C07E0">
        <w:rPr>
          <w:rFonts w:ascii="Tahoma" w:hAnsi="Tahoma" w:cs="Tahoma"/>
          <w:sz w:val="20"/>
          <w:szCs w:val="20"/>
        </w:rPr>
        <w:t>radno</w:t>
      </w:r>
      <w:proofErr w:type="spellEnd"/>
      <w:r w:rsidRPr="002C07E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C07E0">
        <w:rPr>
          <w:rFonts w:ascii="Tahoma" w:hAnsi="Tahoma" w:cs="Tahoma"/>
          <w:sz w:val="20"/>
          <w:szCs w:val="20"/>
        </w:rPr>
        <w:t>iskustvo</w:t>
      </w:r>
      <w:proofErr w:type="spellEnd"/>
      <w:r w:rsidRPr="002C07E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C07E0">
        <w:rPr>
          <w:rFonts w:ascii="Tahoma" w:hAnsi="Tahoma" w:cs="Tahoma"/>
          <w:sz w:val="20"/>
          <w:szCs w:val="20"/>
        </w:rPr>
        <w:t>od</w:t>
      </w:r>
      <w:proofErr w:type="spellEnd"/>
      <w:r w:rsidRPr="002C07E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C07E0">
        <w:rPr>
          <w:rFonts w:ascii="Tahoma" w:hAnsi="Tahoma" w:cs="Tahoma"/>
          <w:sz w:val="20"/>
          <w:szCs w:val="20"/>
        </w:rPr>
        <w:t>najmanje</w:t>
      </w:r>
      <w:proofErr w:type="spellEnd"/>
      <w:r w:rsidRPr="002C07E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C07E0">
        <w:rPr>
          <w:rFonts w:ascii="Tahoma" w:hAnsi="Tahoma" w:cs="Tahoma"/>
          <w:sz w:val="20"/>
          <w:szCs w:val="20"/>
        </w:rPr>
        <w:t>godinu</w:t>
      </w:r>
      <w:proofErr w:type="spellEnd"/>
      <w:r w:rsidRPr="002C07E0">
        <w:rPr>
          <w:rFonts w:ascii="Tahoma" w:hAnsi="Tahoma" w:cs="Tahoma"/>
          <w:sz w:val="20"/>
          <w:szCs w:val="20"/>
        </w:rPr>
        <w:t xml:space="preserve"> dana od dana </w:t>
      </w:r>
      <w:proofErr w:type="spellStart"/>
      <w:r w:rsidRPr="002C07E0">
        <w:rPr>
          <w:rFonts w:ascii="Tahoma" w:hAnsi="Tahoma" w:cs="Tahoma"/>
          <w:sz w:val="20"/>
          <w:szCs w:val="20"/>
        </w:rPr>
        <w:t>položenog</w:t>
      </w:r>
      <w:proofErr w:type="spellEnd"/>
      <w:r w:rsidRPr="002C07E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C07E0">
        <w:rPr>
          <w:rFonts w:ascii="Tahoma" w:hAnsi="Tahoma" w:cs="Tahoma"/>
          <w:sz w:val="20"/>
          <w:szCs w:val="20"/>
        </w:rPr>
        <w:t>stručnog</w:t>
      </w:r>
      <w:proofErr w:type="spellEnd"/>
      <w:r w:rsidRPr="002C07E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C07E0">
        <w:rPr>
          <w:rFonts w:ascii="Tahoma" w:hAnsi="Tahoma" w:cs="Tahoma"/>
          <w:sz w:val="20"/>
          <w:szCs w:val="20"/>
        </w:rPr>
        <w:t>ispita</w:t>
      </w:r>
      <w:proofErr w:type="spellEnd"/>
      <w:r w:rsidRPr="002C07E0">
        <w:rPr>
          <w:rFonts w:ascii="Tahoma" w:hAnsi="Tahoma" w:cs="Tahoma"/>
          <w:sz w:val="20"/>
          <w:szCs w:val="20"/>
        </w:rPr>
        <w:t>,</w:t>
      </w:r>
    </w:p>
    <w:p w14:paraId="6D7F6579" w14:textId="77777777" w:rsidR="00C208C8" w:rsidRPr="002C07E0" w:rsidRDefault="00C208C8" w:rsidP="00C208C8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proofErr w:type="spellStart"/>
      <w:r w:rsidRPr="002C07E0">
        <w:rPr>
          <w:rFonts w:ascii="Tahoma" w:hAnsi="Tahoma" w:cs="Tahoma"/>
          <w:sz w:val="20"/>
          <w:szCs w:val="20"/>
        </w:rPr>
        <w:t>položen</w:t>
      </w:r>
      <w:proofErr w:type="spellEnd"/>
      <w:r w:rsidRPr="002C07E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C07E0">
        <w:rPr>
          <w:rFonts w:ascii="Tahoma" w:hAnsi="Tahoma" w:cs="Tahoma"/>
          <w:sz w:val="20"/>
          <w:szCs w:val="20"/>
        </w:rPr>
        <w:t>specijalistički</w:t>
      </w:r>
      <w:proofErr w:type="spellEnd"/>
      <w:r w:rsidRPr="002C07E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C07E0">
        <w:rPr>
          <w:rFonts w:ascii="Tahoma" w:hAnsi="Tahoma" w:cs="Tahoma"/>
          <w:sz w:val="20"/>
          <w:szCs w:val="20"/>
        </w:rPr>
        <w:t>ispit</w:t>
      </w:r>
      <w:proofErr w:type="spellEnd"/>
      <w:r w:rsidRPr="002C07E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C07E0">
        <w:rPr>
          <w:rFonts w:ascii="Tahoma" w:hAnsi="Tahoma" w:cs="Tahoma"/>
          <w:sz w:val="20"/>
          <w:szCs w:val="20"/>
        </w:rPr>
        <w:t>odgovarajuće</w:t>
      </w:r>
      <w:proofErr w:type="spellEnd"/>
      <w:r w:rsidRPr="002C07E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C07E0">
        <w:rPr>
          <w:rFonts w:ascii="Tahoma" w:hAnsi="Tahoma" w:cs="Tahoma"/>
          <w:sz w:val="20"/>
          <w:szCs w:val="20"/>
        </w:rPr>
        <w:t>osnovne</w:t>
      </w:r>
      <w:proofErr w:type="spellEnd"/>
      <w:r w:rsidRPr="002C07E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C07E0">
        <w:rPr>
          <w:rFonts w:ascii="Tahoma" w:hAnsi="Tahoma" w:cs="Tahoma"/>
          <w:sz w:val="20"/>
          <w:szCs w:val="20"/>
        </w:rPr>
        <w:t>specijalizacije</w:t>
      </w:r>
      <w:proofErr w:type="spellEnd"/>
      <w:r w:rsidRPr="002C07E0">
        <w:rPr>
          <w:rFonts w:ascii="Tahoma" w:hAnsi="Tahoma" w:cs="Tahoma"/>
          <w:sz w:val="20"/>
          <w:szCs w:val="20"/>
        </w:rPr>
        <w:t>,</w:t>
      </w:r>
    </w:p>
    <w:p w14:paraId="4B64BD48" w14:textId="77777777" w:rsidR="00C208C8" w:rsidRPr="002C07E0" w:rsidRDefault="00C208C8" w:rsidP="00C208C8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proofErr w:type="spellStart"/>
      <w:r w:rsidRPr="002C07E0">
        <w:rPr>
          <w:rFonts w:ascii="Tahoma" w:hAnsi="Tahoma" w:cs="Tahoma"/>
          <w:sz w:val="20"/>
          <w:szCs w:val="20"/>
        </w:rPr>
        <w:t>poznavanje</w:t>
      </w:r>
      <w:proofErr w:type="spellEnd"/>
      <w:r w:rsidRPr="002C07E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C07E0">
        <w:rPr>
          <w:rFonts w:ascii="Tahoma" w:hAnsi="Tahoma" w:cs="Tahoma"/>
          <w:sz w:val="20"/>
          <w:szCs w:val="20"/>
        </w:rPr>
        <w:t>jednog</w:t>
      </w:r>
      <w:proofErr w:type="spellEnd"/>
      <w:r w:rsidRPr="002C07E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C07E0">
        <w:rPr>
          <w:rFonts w:ascii="Tahoma" w:hAnsi="Tahoma" w:cs="Tahoma"/>
          <w:sz w:val="20"/>
          <w:szCs w:val="20"/>
        </w:rPr>
        <w:t>stranog</w:t>
      </w:r>
      <w:proofErr w:type="spellEnd"/>
      <w:r w:rsidRPr="002C07E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C07E0">
        <w:rPr>
          <w:rFonts w:ascii="Tahoma" w:hAnsi="Tahoma" w:cs="Tahoma"/>
          <w:sz w:val="20"/>
          <w:szCs w:val="20"/>
        </w:rPr>
        <w:t>jezika</w:t>
      </w:r>
      <w:proofErr w:type="spellEnd"/>
      <w:r w:rsidRPr="002C07E0">
        <w:rPr>
          <w:rFonts w:ascii="Tahoma" w:hAnsi="Tahoma" w:cs="Tahoma"/>
          <w:sz w:val="20"/>
          <w:szCs w:val="20"/>
        </w:rPr>
        <w:t>.</w:t>
      </w:r>
    </w:p>
    <w:p w14:paraId="72BE4367" w14:textId="77777777" w:rsidR="00C208C8" w:rsidRPr="002C07E0" w:rsidRDefault="00C208C8" w:rsidP="00C208C8">
      <w:pPr>
        <w:jc w:val="both"/>
        <w:rPr>
          <w:rFonts w:ascii="Tahoma" w:hAnsi="Tahoma" w:cs="Tahoma"/>
          <w:sz w:val="20"/>
          <w:szCs w:val="20"/>
        </w:rPr>
      </w:pPr>
    </w:p>
    <w:p w14:paraId="082CB4DE" w14:textId="77777777" w:rsidR="00C208C8" w:rsidRPr="00860CD5" w:rsidRDefault="00C208C8" w:rsidP="00C208C8">
      <w:pPr>
        <w:jc w:val="both"/>
        <w:rPr>
          <w:rFonts w:ascii="Tahoma" w:hAnsi="Tahoma" w:cs="Tahoma"/>
          <w:b/>
          <w:sz w:val="20"/>
          <w:szCs w:val="20"/>
          <w:lang w:val="it-IT"/>
        </w:rPr>
      </w:pPr>
      <w:r w:rsidRPr="00860CD5">
        <w:rPr>
          <w:rFonts w:ascii="Tahoma" w:hAnsi="Tahoma" w:cs="Tahoma"/>
          <w:b/>
          <w:sz w:val="20"/>
          <w:szCs w:val="20"/>
          <w:lang w:val="it-IT"/>
        </w:rPr>
        <w:t>Kandidati su dužni dostaviti slijedeće dokaze:</w:t>
      </w:r>
    </w:p>
    <w:p w14:paraId="3623523C" w14:textId="77777777" w:rsidR="00C208C8" w:rsidRPr="00860CD5" w:rsidRDefault="00C208C8" w:rsidP="00C208C8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0"/>
          <w:szCs w:val="20"/>
          <w:lang w:val="it-IT"/>
        </w:rPr>
      </w:pPr>
      <w:r w:rsidRPr="00860CD5">
        <w:rPr>
          <w:rFonts w:ascii="Tahoma" w:hAnsi="Tahoma" w:cs="Tahoma"/>
          <w:sz w:val="20"/>
          <w:szCs w:val="20"/>
          <w:lang w:val="it-IT"/>
        </w:rPr>
        <w:t>svojeručno potpisan pisani zahtjev sa rednim brojem i nazivom subspecijalizacije za koju se prijavljuje,</w:t>
      </w:r>
    </w:p>
    <w:p w14:paraId="04169A5F" w14:textId="77777777" w:rsidR="00C208C8" w:rsidRPr="00293120" w:rsidRDefault="00C208C8" w:rsidP="00C208C8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proofErr w:type="spellStart"/>
      <w:r w:rsidRPr="002C07E0">
        <w:rPr>
          <w:rFonts w:ascii="Tahoma" w:hAnsi="Tahoma" w:cs="Tahoma"/>
          <w:sz w:val="20"/>
          <w:szCs w:val="20"/>
        </w:rPr>
        <w:t>biografiju</w:t>
      </w:r>
      <w:proofErr w:type="spellEnd"/>
      <w:r w:rsidRPr="00293120">
        <w:rPr>
          <w:rFonts w:ascii="Tahoma" w:hAnsi="Tahoma" w:cs="Tahoma"/>
          <w:sz w:val="20"/>
          <w:szCs w:val="20"/>
        </w:rPr>
        <w:t>,</w:t>
      </w:r>
    </w:p>
    <w:p w14:paraId="722CE86E" w14:textId="77777777" w:rsidR="00C208C8" w:rsidRDefault="00C208C8" w:rsidP="00C208C8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diploma o </w:t>
      </w:r>
      <w:proofErr w:type="spellStart"/>
      <w:r>
        <w:rPr>
          <w:rFonts w:ascii="Tahoma" w:hAnsi="Tahoma" w:cs="Tahoma"/>
          <w:sz w:val="20"/>
          <w:szCs w:val="20"/>
        </w:rPr>
        <w:t>završenom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fakultetu</w:t>
      </w:r>
      <w:proofErr w:type="spellEnd"/>
      <w:r>
        <w:rPr>
          <w:rFonts w:ascii="Tahoma" w:hAnsi="Tahoma" w:cs="Tahoma"/>
          <w:sz w:val="20"/>
          <w:szCs w:val="20"/>
        </w:rPr>
        <w:t>,</w:t>
      </w:r>
    </w:p>
    <w:p w14:paraId="3FDDAD76" w14:textId="77777777" w:rsidR="00C208C8" w:rsidRDefault="00C208C8" w:rsidP="00C208C8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proofErr w:type="spellStart"/>
      <w:r>
        <w:rPr>
          <w:rFonts w:ascii="Tahoma" w:hAnsi="Tahoma" w:cs="Tahoma"/>
          <w:sz w:val="20"/>
          <w:szCs w:val="20"/>
        </w:rPr>
        <w:t>uvjerenje</w:t>
      </w:r>
      <w:proofErr w:type="spellEnd"/>
      <w:r>
        <w:rPr>
          <w:rFonts w:ascii="Tahoma" w:hAnsi="Tahoma" w:cs="Tahoma"/>
          <w:sz w:val="20"/>
          <w:szCs w:val="20"/>
        </w:rPr>
        <w:t xml:space="preserve"> o </w:t>
      </w:r>
      <w:proofErr w:type="spellStart"/>
      <w:r>
        <w:rPr>
          <w:rFonts w:ascii="Tahoma" w:hAnsi="Tahoma" w:cs="Tahoma"/>
          <w:sz w:val="20"/>
          <w:szCs w:val="20"/>
        </w:rPr>
        <w:t>položenom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stručnom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ispitu</w:t>
      </w:r>
      <w:proofErr w:type="spellEnd"/>
      <w:r>
        <w:rPr>
          <w:rFonts w:ascii="Tahoma" w:hAnsi="Tahoma" w:cs="Tahoma"/>
          <w:sz w:val="20"/>
          <w:szCs w:val="20"/>
        </w:rPr>
        <w:t>,</w:t>
      </w:r>
    </w:p>
    <w:p w14:paraId="3654581E" w14:textId="77777777" w:rsidR="00C208C8" w:rsidRPr="00860CD5" w:rsidRDefault="00C208C8" w:rsidP="00C208C8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0"/>
          <w:szCs w:val="20"/>
          <w:lang w:val="it-IT"/>
        </w:rPr>
      </w:pPr>
      <w:r w:rsidRPr="00860CD5">
        <w:rPr>
          <w:rFonts w:ascii="Tahoma" w:hAnsi="Tahoma" w:cs="Tahoma"/>
          <w:sz w:val="20"/>
          <w:szCs w:val="20"/>
          <w:lang w:val="it-IT"/>
        </w:rPr>
        <w:t>uvjerenje o položenom specijalističkom ispitu,</w:t>
      </w:r>
    </w:p>
    <w:p w14:paraId="5CC53EFA" w14:textId="77777777" w:rsidR="00C208C8" w:rsidRPr="00860CD5" w:rsidRDefault="00C208C8" w:rsidP="00C208C8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ahoma" w:hAnsi="Tahoma" w:cs="Tahoma"/>
          <w:sz w:val="20"/>
          <w:szCs w:val="20"/>
          <w:lang w:val="it-IT"/>
        </w:rPr>
      </w:pPr>
      <w:r w:rsidRPr="00860CD5">
        <w:rPr>
          <w:rFonts w:ascii="Tahoma" w:hAnsi="Tahoma" w:cs="Tahoma"/>
          <w:sz w:val="20"/>
          <w:szCs w:val="20"/>
          <w:lang w:val="it-IT"/>
        </w:rPr>
        <w:t xml:space="preserve">dokaz o poznavanju jednog stranog jezika, </w:t>
      </w:r>
    </w:p>
    <w:p w14:paraId="160DF2FC" w14:textId="77777777" w:rsidR="00C208C8" w:rsidRPr="00860CD5" w:rsidRDefault="00C208C8" w:rsidP="00C208C8">
      <w:pPr>
        <w:pStyle w:val="ListParagraph"/>
        <w:numPr>
          <w:ilvl w:val="0"/>
          <w:numId w:val="11"/>
        </w:numPr>
        <w:spacing w:after="0" w:line="240" w:lineRule="auto"/>
        <w:rPr>
          <w:rFonts w:ascii="Tahoma" w:hAnsi="Tahoma" w:cs="Tahoma"/>
          <w:sz w:val="20"/>
          <w:szCs w:val="20"/>
          <w:lang w:val="it-IT"/>
        </w:rPr>
      </w:pPr>
      <w:r w:rsidRPr="00860CD5">
        <w:rPr>
          <w:rFonts w:ascii="Tahoma" w:hAnsi="Tahoma" w:cs="Tahoma"/>
          <w:sz w:val="20"/>
          <w:szCs w:val="20"/>
          <w:lang w:val="it-IT"/>
        </w:rPr>
        <w:t>potvrda o radnom iskustvu nakon položenog stručnog ispita</w:t>
      </w:r>
    </w:p>
    <w:p w14:paraId="302F722F" w14:textId="77777777" w:rsidR="00C208C8" w:rsidRPr="00860CD5" w:rsidRDefault="00C208C8" w:rsidP="00C208C8">
      <w:pPr>
        <w:rPr>
          <w:rFonts w:ascii="Tahoma" w:hAnsi="Tahoma" w:cs="Tahoma"/>
          <w:b/>
          <w:sz w:val="20"/>
          <w:szCs w:val="20"/>
          <w:lang w:val="it-IT"/>
        </w:rPr>
      </w:pPr>
    </w:p>
    <w:p w14:paraId="273C373D" w14:textId="77777777" w:rsidR="00C208C8" w:rsidRPr="00860CD5" w:rsidRDefault="00C208C8" w:rsidP="00C208C8">
      <w:pPr>
        <w:rPr>
          <w:rFonts w:ascii="Tahoma" w:hAnsi="Tahoma" w:cs="Tahoma"/>
          <w:b/>
          <w:sz w:val="20"/>
          <w:szCs w:val="20"/>
          <w:lang w:val="it-IT"/>
        </w:rPr>
      </w:pPr>
    </w:p>
    <w:p w14:paraId="4C1FE18C" w14:textId="77777777" w:rsidR="00C208C8" w:rsidRDefault="00C208C8" w:rsidP="00C208C8">
      <w:pPr>
        <w:rPr>
          <w:rFonts w:ascii="Tahoma" w:hAnsi="Tahoma" w:cs="Tahoma"/>
          <w:b/>
          <w:sz w:val="20"/>
          <w:szCs w:val="20"/>
        </w:rPr>
      </w:pPr>
      <w:proofErr w:type="spellStart"/>
      <w:r w:rsidRPr="00293120">
        <w:rPr>
          <w:rFonts w:ascii="Tahoma" w:hAnsi="Tahoma" w:cs="Tahoma"/>
          <w:b/>
          <w:sz w:val="20"/>
          <w:szCs w:val="20"/>
        </w:rPr>
        <w:t>Potrebna</w:t>
      </w:r>
      <w:proofErr w:type="spellEnd"/>
      <w:r w:rsidRPr="00293120"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 w:rsidRPr="00293120">
        <w:rPr>
          <w:rFonts w:ascii="Tahoma" w:hAnsi="Tahoma" w:cs="Tahoma"/>
          <w:b/>
          <w:sz w:val="20"/>
          <w:szCs w:val="20"/>
        </w:rPr>
        <w:t>dokumentacija</w:t>
      </w:r>
      <w:proofErr w:type="spellEnd"/>
      <w:r w:rsidRPr="00293120">
        <w:rPr>
          <w:rFonts w:ascii="Tahoma" w:hAnsi="Tahoma" w:cs="Tahoma"/>
          <w:b/>
          <w:sz w:val="20"/>
          <w:szCs w:val="20"/>
        </w:rPr>
        <w:t xml:space="preserve"> za </w:t>
      </w:r>
      <w:proofErr w:type="spellStart"/>
      <w:r w:rsidRPr="00293120">
        <w:rPr>
          <w:rFonts w:ascii="Tahoma" w:hAnsi="Tahoma" w:cs="Tahoma"/>
          <w:b/>
          <w:sz w:val="20"/>
          <w:szCs w:val="20"/>
        </w:rPr>
        <w:t>bodovanje</w:t>
      </w:r>
      <w:proofErr w:type="spellEnd"/>
      <w:r w:rsidRPr="00293120">
        <w:rPr>
          <w:rFonts w:ascii="Tahoma" w:hAnsi="Tahoma" w:cs="Tahoma"/>
          <w:b/>
          <w:sz w:val="20"/>
          <w:szCs w:val="20"/>
        </w:rPr>
        <w:t xml:space="preserve"> u </w:t>
      </w:r>
      <w:proofErr w:type="spellStart"/>
      <w:r w:rsidRPr="00293120">
        <w:rPr>
          <w:rFonts w:ascii="Tahoma" w:hAnsi="Tahoma" w:cs="Tahoma"/>
          <w:b/>
          <w:sz w:val="20"/>
          <w:szCs w:val="20"/>
        </w:rPr>
        <w:t>skladu</w:t>
      </w:r>
      <w:proofErr w:type="spellEnd"/>
      <w:r w:rsidRPr="00293120"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 w:rsidRPr="00293120">
        <w:rPr>
          <w:rFonts w:ascii="Tahoma" w:hAnsi="Tahoma" w:cs="Tahoma"/>
          <w:b/>
          <w:sz w:val="20"/>
          <w:szCs w:val="20"/>
        </w:rPr>
        <w:t>sa</w:t>
      </w:r>
      <w:proofErr w:type="spellEnd"/>
      <w:r w:rsidRPr="00293120"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 w:rsidRPr="00293120">
        <w:rPr>
          <w:rFonts w:ascii="Tahoma" w:hAnsi="Tahoma" w:cs="Tahoma"/>
          <w:b/>
          <w:sz w:val="20"/>
          <w:szCs w:val="20"/>
        </w:rPr>
        <w:t>Pravilnikom</w:t>
      </w:r>
      <w:proofErr w:type="spellEnd"/>
      <w:r w:rsidRPr="00293120">
        <w:rPr>
          <w:rFonts w:ascii="Tahoma" w:hAnsi="Tahoma" w:cs="Tahoma"/>
          <w:b/>
          <w:sz w:val="20"/>
          <w:szCs w:val="20"/>
        </w:rPr>
        <w:t xml:space="preserve"> o </w:t>
      </w:r>
      <w:proofErr w:type="spellStart"/>
      <w:r w:rsidRPr="00293120">
        <w:rPr>
          <w:rFonts w:ascii="Tahoma" w:hAnsi="Tahoma" w:cs="Tahoma"/>
          <w:b/>
          <w:sz w:val="20"/>
          <w:szCs w:val="20"/>
        </w:rPr>
        <w:t>kriterijima</w:t>
      </w:r>
      <w:proofErr w:type="spellEnd"/>
      <w:r w:rsidRPr="00293120">
        <w:rPr>
          <w:rFonts w:ascii="Tahoma" w:hAnsi="Tahoma" w:cs="Tahoma"/>
          <w:b/>
          <w:sz w:val="20"/>
          <w:szCs w:val="20"/>
        </w:rPr>
        <w:t xml:space="preserve"> za </w:t>
      </w:r>
      <w:proofErr w:type="spellStart"/>
      <w:r w:rsidRPr="00293120">
        <w:rPr>
          <w:rFonts w:ascii="Tahoma" w:hAnsi="Tahoma" w:cs="Tahoma"/>
          <w:b/>
          <w:sz w:val="20"/>
          <w:szCs w:val="20"/>
        </w:rPr>
        <w:t>prijem</w:t>
      </w:r>
      <w:proofErr w:type="spellEnd"/>
      <w:r w:rsidRPr="00293120"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 w:rsidRPr="00293120">
        <w:rPr>
          <w:rFonts w:ascii="Tahoma" w:hAnsi="Tahoma" w:cs="Tahoma"/>
          <w:b/>
          <w:sz w:val="20"/>
          <w:szCs w:val="20"/>
        </w:rPr>
        <w:t>s</w:t>
      </w:r>
      <w:r>
        <w:rPr>
          <w:rFonts w:ascii="Tahoma" w:hAnsi="Tahoma" w:cs="Tahoma"/>
          <w:b/>
          <w:sz w:val="20"/>
          <w:szCs w:val="20"/>
        </w:rPr>
        <w:t>ubs</w:t>
      </w:r>
      <w:r w:rsidRPr="00293120">
        <w:rPr>
          <w:rFonts w:ascii="Tahoma" w:hAnsi="Tahoma" w:cs="Tahoma"/>
          <w:b/>
          <w:sz w:val="20"/>
          <w:szCs w:val="20"/>
        </w:rPr>
        <w:t>pecijalizanata</w:t>
      </w:r>
      <w:proofErr w:type="spellEnd"/>
      <w:r>
        <w:rPr>
          <w:rFonts w:ascii="Tahoma" w:hAnsi="Tahoma" w:cs="Tahoma"/>
          <w:b/>
          <w:sz w:val="20"/>
          <w:szCs w:val="20"/>
        </w:rPr>
        <w:t>:</w:t>
      </w:r>
    </w:p>
    <w:p w14:paraId="7E1C8F26" w14:textId="77777777" w:rsidR="00C208C8" w:rsidRDefault="00C208C8" w:rsidP="00C208C8">
      <w:pPr>
        <w:rPr>
          <w:rFonts w:ascii="Tahoma" w:hAnsi="Tahoma" w:cs="Tahoma"/>
          <w:b/>
          <w:sz w:val="20"/>
          <w:szCs w:val="20"/>
        </w:rPr>
      </w:pPr>
    </w:p>
    <w:p w14:paraId="28AC9619" w14:textId="77777777" w:rsidR="00C208C8" w:rsidRDefault="00C208C8" w:rsidP="00C208C8">
      <w:pPr>
        <w:pStyle w:val="ListParagraph"/>
        <w:numPr>
          <w:ilvl w:val="0"/>
          <w:numId w:val="12"/>
        </w:numPr>
        <w:spacing w:after="0" w:line="240" w:lineRule="auto"/>
        <w:rPr>
          <w:rFonts w:ascii="Tahoma" w:hAnsi="Tahoma" w:cs="Tahoma"/>
          <w:sz w:val="20"/>
          <w:szCs w:val="20"/>
        </w:rPr>
      </w:pPr>
      <w:proofErr w:type="spellStart"/>
      <w:r w:rsidRPr="00293120">
        <w:rPr>
          <w:rFonts w:ascii="Tahoma" w:hAnsi="Tahoma" w:cs="Tahoma"/>
          <w:sz w:val="20"/>
          <w:szCs w:val="20"/>
        </w:rPr>
        <w:t>dokaz</w:t>
      </w:r>
      <w:proofErr w:type="spellEnd"/>
      <w:r w:rsidRPr="00293120">
        <w:rPr>
          <w:rFonts w:ascii="Tahoma" w:hAnsi="Tahoma" w:cs="Tahoma"/>
          <w:sz w:val="20"/>
          <w:szCs w:val="20"/>
        </w:rPr>
        <w:t xml:space="preserve"> o </w:t>
      </w:r>
      <w:proofErr w:type="spellStart"/>
      <w:r w:rsidRPr="00293120">
        <w:rPr>
          <w:rFonts w:ascii="Tahoma" w:hAnsi="Tahoma" w:cs="Tahoma"/>
          <w:sz w:val="20"/>
          <w:szCs w:val="20"/>
        </w:rPr>
        <w:t>dužini</w:t>
      </w:r>
      <w:proofErr w:type="spellEnd"/>
      <w:r w:rsidRPr="0029312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93120">
        <w:rPr>
          <w:rFonts w:ascii="Tahoma" w:hAnsi="Tahoma" w:cs="Tahoma"/>
          <w:sz w:val="20"/>
          <w:szCs w:val="20"/>
        </w:rPr>
        <w:t>trajanja</w:t>
      </w:r>
      <w:proofErr w:type="spellEnd"/>
      <w:r w:rsidRPr="0029312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93120">
        <w:rPr>
          <w:rFonts w:ascii="Tahoma" w:hAnsi="Tahoma" w:cs="Tahoma"/>
          <w:sz w:val="20"/>
          <w:szCs w:val="20"/>
        </w:rPr>
        <w:t>studija</w:t>
      </w:r>
      <w:proofErr w:type="spellEnd"/>
      <w:r w:rsidRPr="00293120">
        <w:rPr>
          <w:rFonts w:ascii="Tahoma" w:hAnsi="Tahoma" w:cs="Tahoma"/>
          <w:sz w:val="20"/>
          <w:szCs w:val="20"/>
        </w:rPr>
        <w:t xml:space="preserve"> (</w:t>
      </w:r>
      <w:proofErr w:type="spellStart"/>
      <w:r w:rsidRPr="00293120">
        <w:rPr>
          <w:rFonts w:ascii="Tahoma" w:hAnsi="Tahoma" w:cs="Tahoma"/>
          <w:sz w:val="20"/>
          <w:szCs w:val="20"/>
        </w:rPr>
        <w:t>ukoliko</w:t>
      </w:r>
      <w:proofErr w:type="spellEnd"/>
      <w:r w:rsidRPr="00293120">
        <w:rPr>
          <w:rFonts w:ascii="Tahoma" w:hAnsi="Tahoma" w:cs="Tahoma"/>
          <w:sz w:val="20"/>
          <w:szCs w:val="20"/>
        </w:rPr>
        <w:t xml:space="preserve"> je </w:t>
      </w:r>
      <w:proofErr w:type="spellStart"/>
      <w:r w:rsidRPr="00293120">
        <w:rPr>
          <w:rFonts w:ascii="Tahoma" w:hAnsi="Tahoma" w:cs="Tahoma"/>
          <w:sz w:val="20"/>
          <w:szCs w:val="20"/>
        </w:rPr>
        <w:t>dužina</w:t>
      </w:r>
      <w:proofErr w:type="spellEnd"/>
      <w:r w:rsidRPr="0029312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93120">
        <w:rPr>
          <w:rFonts w:ascii="Tahoma" w:hAnsi="Tahoma" w:cs="Tahoma"/>
          <w:sz w:val="20"/>
          <w:szCs w:val="20"/>
        </w:rPr>
        <w:t>studija</w:t>
      </w:r>
      <w:proofErr w:type="spellEnd"/>
      <w:r w:rsidRPr="0029312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93120">
        <w:rPr>
          <w:rFonts w:ascii="Tahoma" w:hAnsi="Tahoma" w:cs="Tahoma"/>
          <w:sz w:val="20"/>
          <w:szCs w:val="20"/>
        </w:rPr>
        <w:t>iz</w:t>
      </w:r>
      <w:proofErr w:type="spellEnd"/>
      <w:r w:rsidRPr="0029312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93120">
        <w:rPr>
          <w:rFonts w:ascii="Tahoma" w:hAnsi="Tahoma" w:cs="Tahoma"/>
          <w:sz w:val="20"/>
          <w:szCs w:val="20"/>
        </w:rPr>
        <w:t>opravdanih</w:t>
      </w:r>
      <w:proofErr w:type="spellEnd"/>
      <w:r w:rsidRPr="0029312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93120">
        <w:rPr>
          <w:rFonts w:ascii="Tahoma" w:hAnsi="Tahoma" w:cs="Tahoma"/>
          <w:sz w:val="20"/>
          <w:szCs w:val="20"/>
        </w:rPr>
        <w:t>razloga</w:t>
      </w:r>
      <w:proofErr w:type="spellEnd"/>
      <w:r w:rsidRPr="0029312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93120">
        <w:rPr>
          <w:rFonts w:ascii="Tahoma" w:hAnsi="Tahoma" w:cs="Tahoma"/>
          <w:sz w:val="20"/>
          <w:szCs w:val="20"/>
        </w:rPr>
        <w:t>produžena</w:t>
      </w:r>
      <w:proofErr w:type="spellEnd"/>
      <w:r w:rsidRPr="0029312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93120">
        <w:rPr>
          <w:rFonts w:ascii="Tahoma" w:hAnsi="Tahoma" w:cs="Tahoma"/>
          <w:sz w:val="20"/>
          <w:szCs w:val="20"/>
        </w:rPr>
        <w:t>dostaviti</w:t>
      </w:r>
      <w:proofErr w:type="spellEnd"/>
      <w:r w:rsidRPr="0029312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93120">
        <w:rPr>
          <w:rFonts w:ascii="Tahoma" w:hAnsi="Tahoma" w:cs="Tahoma"/>
          <w:sz w:val="20"/>
          <w:szCs w:val="20"/>
        </w:rPr>
        <w:t>dokaz</w:t>
      </w:r>
      <w:proofErr w:type="spellEnd"/>
      <w:r w:rsidRPr="00293120">
        <w:rPr>
          <w:rFonts w:ascii="Tahoma" w:hAnsi="Tahoma" w:cs="Tahoma"/>
          <w:sz w:val="20"/>
          <w:szCs w:val="20"/>
        </w:rPr>
        <w:t>),</w:t>
      </w:r>
    </w:p>
    <w:p w14:paraId="00070923" w14:textId="77777777" w:rsidR="00C208C8" w:rsidRPr="00860CD5" w:rsidRDefault="00C208C8" w:rsidP="00C208C8">
      <w:pPr>
        <w:pStyle w:val="ListParagraph"/>
        <w:numPr>
          <w:ilvl w:val="0"/>
          <w:numId w:val="12"/>
        </w:numPr>
        <w:spacing w:after="0" w:line="240" w:lineRule="auto"/>
        <w:rPr>
          <w:rFonts w:ascii="Tahoma" w:hAnsi="Tahoma" w:cs="Tahoma"/>
          <w:sz w:val="20"/>
          <w:szCs w:val="20"/>
          <w:lang w:val="it-IT"/>
        </w:rPr>
      </w:pPr>
      <w:r w:rsidRPr="00860CD5">
        <w:rPr>
          <w:rFonts w:ascii="Tahoma" w:hAnsi="Tahoma" w:cs="Tahoma"/>
          <w:sz w:val="20"/>
          <w:szCs w:val="20"/>
          <w:lang w:val="it-IT"/>
        </w:rPr>
        <w:t>potvrda o prijepisu položenih ispita  na studiju,</w:t>
      </w:r>
    </w:p>
    <w:p w14:paraId="28F64534" w14:textId="77777777" w:rsidR="00C208C8" w:rsidRPr="00860CD5" w:rsidRDefault="00C208C8" w:rsidP="00C208C8">
      <w:pPr>
        <w:pStyle w:val="ListParagraph"/>
        <w:numPr>
          <w:ilvl w:val="0"/>
          <w:numId w:val="12"/>
        </w:numPr>
        <w:spacing w:after="0" w:line="240" w:lineRule="auto"/>
        <w:rPr>
          <w:rFonts w:ascii="Tahoma" w:hAnsi="Tahoma" w:cs="Tahoma"/>
          <w:sz w:val="20"/>
          <w:szCs w:val="20"/>
          <w:lang w:val="it-IT"/>
        </w:rPr>
      </w:pPr>
      <w:r w:rsidRPr="00860CD5">
        <w:rPr>
          <w:rFonts w:ascii="Tahoma" w:hAnsi="Tahoma" w:cs="Tahoma"/>
          <w:sz w:val="20"/>
          <w:szCs w:val="20"/>
          <w:lang w:val="it-IT"/>
        </w:rPr>
        <w:t xml:space="preserve">potvrda o  prosjeku ocjena tokom studija, </w:t>
      </w:r>
    </w:p>
    <w:p w14:paraId="0AC9AC4B" w14:textId="77777777" w:rsidR="00C208C8" w:rsidRPr="00860CD5" w:rsidRDefault="00C208C8" w:rsidP="00C208C8">
      <w:pPr>
        <w:pStyle w:val="ListParagraph"/>
        <w:numPr>
          <w:ilvl w:val="0"/>
          <w:numId w:val="12"/>
        </w:numPr>
        <w:spacing w:after="0" w:line="240" w:lineRule="auto"/>
        <w:rPr>
          <w:rFonts w:ascii="Tahoma" w:hAnsi="Tahoma" w:cs="Tahoma"/>
          <w:sz w:val="20"/>
          <w:szCs w:val="20"/>
          <w:lang w:val="it-IT"/>
        </w:rPr>
      </w:pPr>
      <w:r w:rsidRPr="00860CD5">
        <w:rPr>
          <w:rFonts w:ascii="Tahoma" w:hAnsi="Tahoma" w:cs="Tahoma"/>
          <w:sz w:val="20"/>
          <w:szCs w:val="20"/>
          <w:lang w:val="it-IT"/>
        </w:rPr>
        <w:t>potvrda o poznavanju drugog ili trećeg stranog jezika,</w:t>
      </w:r>
    </w:p>
    <w:p w14:paraId="75E37689" w14:textId="77777777" w:rsidR="00C208C8" w:rsidRPr="00860CD5" w:rsidRDefault="00C208C8" w:rsidP="00C208C8">
      <w:pPr>
        <w:pStyle w:val="ListParagraph"/>
        <w:numPr>
          <w:ilvl w:val="0"/>
          <w:numId w:val="12"/>
        </w:numPr>
        <w:spacing w:after="0" w:line="240" w:lineRule="auto"/>
        <w:rPr>
          <w:rFonts w:ascii="Tahoma" w:hAnsi="Tahoma" w:cs="Tahoma"/>
          <w:sz w:val="20"/>
          <w:szCs w:val="20"/>
          <w:lang w:val="it-IT"/>
        </w:rPr>
      </w:pPr>
      <w:r w:rsidRPr="00860CD5">
        <w:rPr>
          <w:rFonts w:ascii="Tahoma" w:hAnsi="Tahoma" w:cs="Tahoma"/>
          <w:sz w:val="20"/>
          <w:szCs w:val="20"/>
          <w:lang w:val="it-IT"/>
        </w:rPr>
        <w:t>dokaz o ostvarenim nagradama za vrijeme studija,</w:t>
      </w:r>
    </w:p>
    <w:p w14:paraId="324755F0" w14:textId="77777777" w:rsidR="00C208C8" w:rsidRPr="00434174" w:rsidRDefault="00C208C8" w:rsidP="00C208C8">
      <w:pPr>
        <w:pStyle w:val="ListParagraph"/>
        <w:numPr>
          <w:ilvl w:val="0"/>
          <w:numId w:val="12"/>
        </w:numPr>
        <w:spacing w:after="0" w:line="240" w:lineRule="auto"/>
        <w:rPr>
          <w:rFonts w:ascii="Tahoma" w:hAnsi="Tahoma" w:cs="Tahoma"/>
          <w:sz w:val="20"/>
          <w:szCs w:val="20"/>
        </w:rPr>
      </w:pPr>
      <w:proofErr w:type="spellStart"/>
      <w:r w:rsidRPr="00434174">
        <w:rPr>
          <w:rFonts w:ascii="Tahoma" w:hAnsi="Tahoma" w:cs="Tahoma"/>
          <w:sz w:val="20"/>
          <w:szCs w:val="20"/>
        </w:rPr>
        <w:t>popis</w:t>
      </w:r>
      <w:proofErr w:type="spellEnd"/>
      <w:r w:rsidRPr="00434174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434174">
        <w:rPr>
          <w:rFonts w:ascii="Tahoma" w:hAnsi="Tahoma" w:cs="Tahoma"/>
          <w:sz w:val="20"/>
          <w:szCs w:val="20"/>
        </w:rPr>
        <w:t>objavljenih</w:t>
      </w:r>
      <w:proofErr w:type="spellEnd"/>
      <w:r w:rsidRPr="00434174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434174">
        <w:rPr>
          <w:rFonts w:ascii="Tahoma" w:hAnsi="Tahoma" w:cs="Tahoma"/>
          <w:sz w:val="20"/>
          <w:szCs w:val="20"/>
        </w:rPr>
        <w:t>radova</w:t>
      </w:r>
      <w:proofErr w:type="spellEnd"/>
      <w:r w:rsidRPr="00434174">
        <w:rPr>
          <w:rFonts w:ascii="Tahoma" w:hAnsi="Tahoma" w:cs="Tahoma"/>
          <w:sz w:val="20"/>
          <w:szCs w:val="20"/>
        </w:rPr>
        <w:t>,</w:t>
      </w:r>
    </w:p>
    <w:p w14:paraId="75B8AEE0" w14:textId="77777777" w:rsidR="00C208C8" w:rsidRPr="00860CD5" w:rsidRDefault="00C208C8" w:rsidP="00C208C8">
      <w:pPr>
        <w:pStyle w:val="ListParagraph"/>
        <w:numPr>
          <w:ilvl w:val="0"/>
          <w:numId w:val="12"/>
        </w:numPr>
        <w:spacing w:after="0" w:line="240" w:lineRule="auto"/>
        <w:rPr>
          <w:rFonts w:ascii="Tahoma" w:hAnsi="Tahoma" w:cs="Tahoma"/>
          <w:sz w:val="20"/>
          <w:szCs w:val="20"/>
          <w:lang w:val="it-IT"/>
        </w:rPr>
      </w:pPr>
      <w:r w:rsidRPr="00860CD5">
        <w:rPr>
          <w:rFonts w:ascii="Tahoma" w:hAnsi="Tahoma" w:cs="Tahoma"/>
          <w:sz w:val="20"/>
          <w:szCs w:val="20"/>
          <w:lang w:val="it-IT"/>
        </w:rPr>
        <w:t>potvrda o radnom stažu nakon položenog specijalističkog ispita.</w:t>
      </w:r>
    </w:p>
    <w:p w14:paraId="4919CDA5" w14:textId="77777777" w:rsidR="00C208C8" w:rsidRPr="00860CD5" w:rsidRDefault="00C208C8" w:rsidP="00C208C8">
      <w:pPr>
        <w:rPr>
          <w:rFonts w:ascii="Tahoma" w:hAnsi="Tahoma" w:cs="Tahoma"/>
          <w:b/>
          <w:sz w:val="20"/>
          <w:szCs w:val="20"/>
          <w:lang w:val="it-IT"/>
        </w:rPr>
      </w:pPr>
    </w:p>
    <w:p w14:paraId="7DF31FF5" w14:textId="77777777" w:rsidR="00C208C8" w:rsidRPr="00860CD5" w:rsidRDefault="00C208C8" w:rsidP="00C208C8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860CD5">
        <w:rPr>
          <w:rFonts w:ascii="Tahoma" w:hAnsi="Tahoma" w:cs="Tahoma"/>
          <w:sz w:val="20"/>
          <w:szCs w:val="20"/>
          <w:lang w:val="it-IT"/>
        </w:rPr>
        <w:t>Svi kandidati koji ispunjavaju uslove Internog oglasa biće bodovani u skladu sa kriterijima iz člana 3. Pravilnika o kriterijima za prijem subspecijalizanata sa kojima će biti obavljen razgovor. O terminu održavanja razgovora, kandidati će biti blagovremeno obaviješteni.</w:t>
      </w:r>
    </w:p>
    <w:p w14:paraId="731E0538" w14:textId="77777777" w:rsidR="00C208C8" w:rsidRPr="00860CD5" w:rsidRDefault="00C208C8" w:rsidP="00C208C8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860CD5">
        <w:rPr>
          <w:rFonts w:ascii="Tahoma" w:hAnsi="Tahoma" w:cs="Tahoma"/>
          <w:sz w:val="20"/>
          <w:szCs w:val="20"/>
          <w:lang w:val="it-IT"/>
        </w:rPr>
        <w:t>Prijave na Interni oglas sa dokazom o ispunjavanju uslova dostaviti na adresu:</w:t>
      </w:r>
    </w:p>
    <w:p w14:paraId="61BB2210" w14:textId="77777777" w:rsidR="00C208C8" w:rsidRPr="00860CD5" w:rsidRDefault="00BC2B41" w:rsidP="00C208C8">
      <w:pPr>
        <w:jc w:val="center"/>
        <w:rPr>
          <w:rFonts w:ascii="Tahoma" w:hAnsi="Tahoma" w:cs="Tahoma"/>
          <w:b/>
          <w:sz w:val="20"/>
          <w:szCs w:val="20"/>
          <w:lang w:val="it-IT"/>
        </w:rPr>
      </w:pPr>
      <w:r w:rsidRPr="00860CD5">
        <w:rPr>
          <w:rFonts w:ascii="Tahoma" w:hAnsi="Tahoma" w:cs="Tahoma"/>
          <w:b/>
          <w:sz w:val="20"/>
          <w:szCs w:val="20"/>
          <w:lang w:val="it-IT"/>
        </w:rPr>
        <w:t xml:space="preserve">   </w:t>
      </w:r>
      <w:r w:rsidR="00C208C8" w:rsidRPr="00860CD5">
        <w:rPr>
          <w:rFonts w:ascii="Tahoma" w:hAnsi="Tahoma" w:cs="Tahoma"/>
          <w:b/>
          <w:sz w:val="20"/>
          <w:szCs w:val="20"/>
          <w:lang w:val="it-IT"/>
        </w:rPr>
        <w:t>Klinički centar Univerziteta u Sarajevu</w:t>
      </w:r>
    </w:p>
    <w:p w14:paraId="6316AF3B" w14:textId="77777777" w:rsidR="00C208C8" w:rsidRPr="00860CD5" w:rsidRDefault="00BC2B41" w:rsidP="00BC2B41">
      <w:pPr>
        <w:rPr>
          <w:rFonts w:ascii="Tahoma" w:hAnsi="Tahoma" w:cs="Tahoma"/>
          <w:b/>
          <w:sz w:val="20"/>
          <w:szCs w:val="20"/>
          <w:lang w:val="it-IT"/>
        </w:rPr>
      </w:pPr>
      <w:r w:rsidRPr="00860CD5">
        <w:rPr>
          <w:rFonts w:ascii="Tahoma" w:hAnsi="Tahoma" w:cs="Tahoma"/>
          <w:b/>
          <w:sz w:val="20"/>
          <w:szCs w:val="20"/>
          <w:lang w:val="it-IT"/>
        </w:rPr>
        <w:t xml:space="preserve">                                                                     </w:t>
      </w:r>
      <w:r w:rsidR="00C208C8" w:rsidRPr="00860CD5">
        <w:rPr>
          <w:rFonts w:ascii="Tahoma" w:hAnsi="Tahoma" w:cs="Tahoma"/>
          <w:b/>
          <w:sz w:val="20"/>
          <w:szCs w:val="20"/>
          <w:lang w:val="it-IT"/>
        </w:rPr>
        <w:t>Bolnička br.25 Sarajevo</w:t>
      </w:r>
    </w:p>
    <w:p w14:paraId="784D4817" w14:textId="77777777" w:rsidR="00C208C8" w:rsidRPr="00BC2B41" w:rsidRDefault="00C208C8" w:rsidP="00BC2B41">
      <w:pPr>
        <w:jc w:val="center"/>
        <w:rPr>
          <w:rFonts w:ascii="Tahoma" w:hAnsi="Tahoma" w:cs="Tahoma"/>
          <w:b/>
          <w:sz w:val="20"/>
          <w:szCs w:val="20"/>
        </w:rPr>
      </w:pPr>
      <w:r w:rsidRPr="00B95F08">
        <w:rPr>
          <w:rFonts w:ascii="Tahoma" w:hAnsi="Tahoma" w:cs="Tahoma"/>
          <w:b/>
          <w:sz w:val="20"/>
          <w:szCs w:val="20"/>
        </w:rPr>
        <w:t>(</w:t>
      </w:r>
      <w:proofErr w:type="spellStart"/>
      <w:r w:rsidRPr="00B95F08">
        <w:rPr>
          <w:rFonts w:ascii="Tahoma" w:hAnsi="Tahoma" w:cs="Tahoma"/>
          <w:b/>
          <w:sz w:val="20"/>
          <w:szCs w:val="20"/>
        </w:rPr>
        <w:t>Centralni</w:t>
      </w:r>
      <w:proofErr w:type="spellEnd"/>
      <w:r w:rsidRPr="00B95F08">
        <w:rPr>
          <w:rFonts w:ascii="Tahoma" w:hAnsi="Tahoma" w:cs="Tahoma"/>
          <w:b/>
          <w:sz w:val="20"/>
          <w:szCs w:val="20"/>
        </w:rPr>
        <w:t xml:space="preserve"> </w:t>
      </w:r>
      <w:proofErr w:type="spellStart"/>
      <w:r w:rsidRPr="00B95F08">
        <w:rPr>
          <w:rFonts w:ascii="Tahoma" w:hAnsi="Tahoma" w:cs="Tahoma"/>
          <w:b/>
          <w:sz w:val="20"/>
          <w:szCs w:val="20"/>
        </w:rPr>
        <w:t>protokol</w:t>
      </w:r>
      <w:proofErr w:type="spellEnd"/>
      <w:r w:rsidRPr="00B95F08">
        <w:rPr>
          <w:rFonts w:ascii="Tahoma" w:hAnsi="Tahoma" w:cs="Tahoma"/>
          <w:b/>
          <w:sz w:val="20"/>
          <w:szCs w:val="20"/>
        </w:rPr>
        <w:t>)</w:t>
      </w:r>
    </w:p>
    <w:p w14:paraId="47D39C81" w14:textId="77777777" w:rsidR="00C208C8" w:rsidRPr="00860CD5" w:rsidRDefault="00C208C8" w:rsidP="00C208C8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860CD5">
        <w:rPr>
          <w:rFonts w:ascii="Tahoma" w:hAnsi="Tahoma" w:cs="Tahoma"/>
          <w:sz w:val="20"/>
          <w:szCs w:val="20"/>
          <w:lang w:val="it-IT"/>
        </w:rPr>
        <w:t>Obavezno na koverti navesti puni naziv subspecijalizacije na koju se aplicira.</w:t>
      </w:r>
    </w:p>
    <w:p w14:paraId="1C27EE56" w14:textId="77777777" w:rsidR="00C208C8" w:rsidRPr="00860CD5" w:rsidRDefault="00C208C8" w:rsidP="00C208C8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860CD5">
        <w:rPr>
          <w:rFonts w:ascii="Tahoma" w:hAnsi="Tahoma" w:cs="Tahoma"/>
          <w:sz w:val="20"/>
          <w:szCs w:val="20"/>
          <w:lang w:val="it-IT"/>
        </w:rPr>
        <w:t>Prijave se dostavljaju u roku od 15 dana od dana objavljivanja Internog oglasa na web stranici KCUS-a.</w:t>
      </w:r>
    </w:p>
    <w:p w14:paraId="42EF1B2E" w14:textId="77777777" w:rsidR="00C208C8" w:rsidRPr="00860CD5" w:rsidRDefault="00C208C8" w:rsidP="00C208C8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860CD5">
        <w:rPr>
          <w:rFonts w:ascii="Tahoma" w:hAnsi="Tahoma" w:cs="Tahoma"/>
          <w:b/>
          <w:sz w:val="20"/>
          <w:szCs w:val="20"/>
          <w:lang w:val="it-IT"/>
        </w:rPr>
        <w:t xml:space="preserve">Napomena: </w:t>
      </w:r>
      <w:r w:rsidRPr="00860CD5">
        <w:rPr>
          <w:rFonts w:ascii="Tahoma" w:hAnsi="Tahoma" w:cs="Tahoma"/>
          <w:sz w:val="20"/>
          <w:szCs w:val="20"/>
          <w:lang w:val="it-IT"/>
        </w:rPr>
        <w:t>Dokumentacija kojom se dokazuje ispunjavanje Internog oglasa mora biti u original ili ovjerenoj kopiji. KCUS nije u obavezi vraćanja dokumentacije koja se prilaže  uz prijavu.</w:t>
      </w:r>
    </w:p>
    <w:p w14:paraId="69F2878E" w14:textId="77777777" w:rsidR="00C208C8" w:rsidRPr="00860CD5" w:rsidRDefault="00C208C8" w:rsidP="00C208C8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860CD5">
        <w:rPr>
          <w:rFonts w:ascii="Tahoma" w:hAnsi="Tahoma" w:cs="Tahoma"/>
          <w:sz w:val="20"/>
          <w:szCs w:val="20"/>
          <w:lang w:val="it-IT"/>
        </w:rPr>
        <w:t>Nepotpune i neblagovremene prijave neće se razmatrati</w:t>
      </w:r>
      <w:r w:rsidR="00BC2B41" w:rsidRPr="00860CD5">
        <w:rPr>
          <w:rFonts w:ascii="Tahoma" w:hAnsi="Tahoma" w:cs="Tahoma"/>
          <w:sz w:val="20"/>
          <w:szCs w:val="20"/>
          <w:lang w:val="it-IT"/>
        </w:rPr>
        <w:t>.</w:t>
      </w:r>
    </w:p>
    <w:p w14:paraId="1847363E" w14:textId="77777777" w:rsidR="00C208C8" w:rsidRPr="00860CD5" w:rsidRDefault="00C208C8" w:rsidP="00C208C8">
      <w:pPr>
        <w:jc w:val="both"/>
        <w:rPr>
          <w:rFonts w:ascii="Tahoma" w:hAnsi="Tahoma" w:cs="Tahoma"/>
          <w:sz w:val="20"/>
          <w:szCs w:val="20"/>
          <w:lang w:val="it-IT"/>
        </w:rPr>
      </w:pPr>
    </w:p>
    <w:p w14:paraId="7EF8B253" w14:textId="77777777" w:rsidR="00C208C8" w:rsidRPr="00860CD5" w:rsidRDefault="00C208C8" w:rsidP="00C208C8">
      <w:pPr>
        <w:pStyle w:val="ListParagraph"/>
        <w:ind w:left="644"/>
        <w:jc w:val="both"/>
        <w:rPr>
          <w:rFonts w:ascii="Tahoma" w:hAnsi="Tahoma" w:cs="Tahoma"/>
          <w:b/>
          <w:sz w:val="20"/>
          <w:szCs w:val="20"/>
          <w:lang w:val="de-DE"/>
        </w:rPr>
      </w:pPr>
      <w:r w:rsidRPr="00860CD5">
        <w:rPr>
          <w:rFonts w:ascii="Tahoma" w:hAnsi="Tahoma" w:cs="Tahoma"/>
          <w:sz w:val="20"/>
          <w:szCs w:val="20"/>
          <w:lang w:val="it-IT"/>
        </w:rPr>
        <w:t xml:space="preserve"> </w:t>
      </w:r>
      <w:r w:rsidRPr="00860CD5">
        <w:rPr>
          <w:rFonts w:ascii="Tahoma" w:hAnsi="Tahoma" w:cs="Tahoma"/>
          <w:sz w:val="20"/>
          <w:szCs w:val="20"/>
          <w:lang w:val="it-IT"/>
        </w:rPr>
        <w:tab/>
      </w:r>
      <w:r w:rsidRPr="00860CD5">
        <w:rPr>
          <w:rFonts w:ascii="Tahoma" w:hAnsi="Tahoma" w:cs="Tahoma"/>
          <w:sz w:val="20"/>
          <w:szCs w:val="20"/>
          <w:lang w:val="it-IT"/>
        </w:rPr>
        <w:tab/>
      </w:r>
      <w:r w:rsidRPr="00860CD5">
        <w:rPr>
          <w:rFonts w:ascii="Tahoma" w:hAnsi="Tahoma" w:cs="Tahoma"/>
          <w:sz w:val="20"/>
          <w:szCs w:val="20"/>
          <w:lang w:val="it-IT"/>
        </w:rPr>
        <w:tab/>
      </w:r>
      <w:r w:rsidRPr="00860CD5">
        <w:rPr>
          <w:rFonts w:ascii="Tahoma" w:hAnsi="Tahoma" w:cs="Tahoma"/>
          <w:sz w:val="20"/>
          <w:szCs w:val="20"/>
          <w:lang w:val="it-IT"/>
        </w:rPr>
        <w:tab/>
      </w:r>
      <w:r w:rsidRPr="00860CD5">
        <w:rPr>
          <w:rFonts w:ascii="Tahoma" w:hAnsi="Tahoma" w:cs="Tahoma"/>
          <w:sz w:val="20"/>
          <w:szCs w:val="20"/>
          <w:lang w:val="it-IT"/>
        </w:rPr>
        <w:tab/>
      </w:r>
      <w:r w:rsidRPr="00860CD5">
        <w:rPr>
          <w:rFonts w:ascii="Tahoma" w:hAnsi="Tahoma" w:cs="Tahoma"/>
          <w:sz w:val="20"/>
          <w:szCs w:val="20"/>
          <w:lang w:val="it-IT"/>
        </w:rPr>
        <w:tab/>
      </w:r>
      <w:r w:rsidRPr="00860CD5">
        <w:rPr>
          <w:rFonts w:ascii="Tahoma" w:hAnsi="Tahoma" w:cs="Tahoma"/>
          <w:sz w:val="20"/>
          <w:szCs w:val="20"/>
          <w:lang w:val="it-IT"/>
        </w:rPr>
        <w:tab/>
        <w:t xml:space="preserve">                   </w:t>
      </w:r>
      <w:r w:rsidRPr="00860CD5">
        <w:rPr>
          <w:rFonts w:ascii="Tahoma" w:hAnsi="Tahoma" w:cs="Tahoma"/>
          <w:b/>
          <w:sz w:val="20"/>
          <w:szCs w:val="20"/>
          <w:lang w:val="de-DE"/>
        </w:rPr>
        <w:t>GENERALNI DIREKTOR</w:t>
      </w:r>
    </w:p>
    <w:p w14:paraId="25DE1722" w14:textId="77777777" w:rsidR="00C208C8" w:rsidRPr="00860CD5" w:rsidRDefault="00C208C8" w:rsidP="00C208C8">
      <w:pPr>
        <w:pStyle w:val="ListParagraph"/>
        <w:ind w:left="644"/>
        <w:jc w:val="both"/>
        <w:rPr>
          <w:rFonts w:ascii="Tahoma" w:hAnsi="Tahoma" w:cs="Tahoma"/>
          <w:b/>
          <w:sz w:val="20"/>
          <w:szCs w:val="20"/>
          <w:lang w:val="de-DE"/>
        </w:rPr>
      </w:pPr>
    </w:p>
    <w:p w14:paraId="542A4C4A" w14:textId="77777777" w:rsidR="00C208C8" w:rsidRPr="00860CD5" w:rsidRDefault="00C208C8" w:rsidP="00C208C8">
      <w:pPr>
        <w:pStyle w:val="ListParagraph"/>
        <w:ind w:left="644"/>
        <w:jc w:val="both"/>
        <w:rPr>
          <w:rFonts w:ascii="Tahoma" w:hAnsi="Tahoma" w:cs="Tahoma"/>
          <w:b/>
          <w:sz w:val="20"/>
          <w:szCs w:val="20"/>
          <w:lang w:val="de-DE"/>
        </w:rPr>
      </w:pPr>
      <w:r w:rsidRPr="00860CD5">
        <w:rPr>
          <w:rFonts w:ascii="Tahoma" w:hAnsi="Tahoma" w:cs="Tahoma"/>
          <w:b/>
          <w:sz w:val="20"/>
          <w:szCs w:val="20"/>
          <w:lang w:val="de-DE"/>
        </w:rPr>
        <w:tab/>
      </w:r>
      <w:r w:rsidRPr="00860CD5">
        <w:rPr>
          <w:rFonts w:ascii="Tahoma" w:hAnsi="Tahoma" w:cs="Tahoma"/>
          <w:b/>
          <w:sz w:val="20"/>
          <w:szCs w:val="20"/>
          <w:lang w:val="de-DE"/>
        </w:rPr>
        <w:tab/>
      </w:r>
      <w:r w:rsidRPr="00860CD5">
        <w:rPr>
          <w:rFonts w:ascii="Tahoma" w:hAnsi="Tahoma" w:cs="Tahoma"/>
          <w:b/>
          <w:sz w:val="20"/>
          <w:szCs w:val="20"/>
          <w:lang w:val="de-DE"/>
        </w:rPr>
        <w:tab/>
      </w:r>
      <w:r w:rsidRPr="00860CD5">
        <w:rPr>
          <w:rFonts w:ascii="Tahoma" w:hAnsi="Tahoma" w:cs="Tahoma"/>
          <w:b/>
          <w:sz w:val="20"/>
          <w:szCs w:val="20"/>
          <w:lang w:val="de-DE"/>
        </w:rPr>
        <w:tab/>
      </w:r>
      <w:r w:rsidRPr="00860CD5">
        <w:rPr>
          <w:rFonts w:ascii="Tahoma" w:hAnsi="Tahoma" w:cs="Tahoma"/>
          <w:b/>
          <w:sz w:val="20"/>
          <w:szCs w:val="20"/>
          <w:lang w:val="de-DE"/>
        </w:rPr>
        <w:tab/>
      </w:r>
      <w:r w:rsidRPr="00860CD5">
        <w:rPr>
          <w:rFonts w:ascii="Tahoma" w:hAnsi="Tahoma" w:cs="Tahoma"/>
          <w:b/>
          <w:sz w:val="20"/>
          <w:szCs w:val="20"/>
          <w:lang w:val="de-DE"/>
        </w:rPr>
        <w:tab/>
      </w:r>
      <w:r w:rsidRPr="00860CD5">
        <w:rPr>
          <w:rFonts w:ascii="Tahoma" w:hAnsi="Tahoma" w:cs="Tahoma"/>
          <w:b/>
          <w:sz w:val="20"/>
          <w:szCs w:val="20"/>
          <w:lang w:val="de-DE"/>
        </w:rPr>
        <w:tab/>
        <w:t xml:space="preserve">                Prim.doc.dr.sc.med.Alen Pilav</w:t>
      </w:r>
    </w:p>
    <w:p w14:paraId="75BDA406" w14:textId="77777777" w:rsidR="002522C8" w:rsidRPr="00860CD5" w:rsidRDefault="002522C8">
      <w:pPr>
        <w:rPr>
          <w:lang w:val="de-DE"/>
        </w:rPr>
      </w:pPr>
    </w:p>
    <w:sectPr w:rsidR="002522C8" w:rsidRPr="00860CD5" w:rsidSect="00034616">
      <w:headerReference w:type="default" r:id="rId8"/>
      <w:footerReference w:type="default" r:id="rId9"/>
      <w:pgSz w:w="11906" w:h="16838"/>
      <w:pgMar w:top="2736" w:right="760" w:bottom="1296" w:left="760" w:header="88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025CA" w14:textId="77777777" w:rsidR="00A37134" w:rsidRDefault="00A37134" w:rsidP="002522C8">
      <w:pPr>
        <w:spacing w:after="0" w:line="240" w:lineRule="auto"/>
      </w:pPr>
      <w:r>
        <w:separator/>
      </w:r>
    </w:p>
  </w:endnote>
  <w:endnote w:type="continuationSeparator" w:id="0">
    <w:p w14:paraId="0DEDDE1A" w14:textId="77777777" w:rsidR="00A37134" w:rsidRDefault="00A37134" w:rsidP="00252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047440"/>
      <w:docPartObj>
        <w:docPartGallery w:val="Page Numbers (Bottom of Page)"/>
        <w:docPartUnique/>
      </w:docPartObj>
    </w:sdtPr>
    <w:sdtContent>
      <w:p w14:paraId="03154B57" w14:textId="77777777" w:rsidR="00C208C8" w:rsidRDefault="00BC2B41">
        <w:pPr>
          <w:pStyle w:val="Footer"/>
          <w:jc w:val="right"/>
        </w:pPr>
        <w:r w:rsidRPr="00BC2B41">
          <w:rPr>
            <w:noProof/>
          </w:rPr>
          <w:drawing>
            <wp:inline distT="0" distB="0" distL="0" distR="0" wp14:anchorId="66C3A928" wp14:editId="7B3D54BF">
              <wp:extent cx="6595110" cy="387768"/>
              <wp:effectExtent l="19050" t="0" r="0" b="0"/>
              <wp:docPr id="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pci_bw.png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95110" cy="38776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F7EC7F" w14:textId="77777777" w:rsidR="002522C8" w:rsidRDefault="002522C8">
    <w:pPr>
      <w:pStyle w:val="Footer"/>
      <w:ind w:left="-7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1A121" w14:textId="77777777" w:rsidR="00A37134" w:rsidRDefault="00A37134" w:rsidP="002522C8">
      <w:pPr>
        <w:spacing w:after="0" w:line="240" w:lineRule="auto"/>
      </w:pPr>
      <w:r>
        <w:separator/>
      </w:r>
    </w:p>
  </w:footnote>
  <w:footnote w:type="continuationSeparator" w:id="0">
    <w:p w14:paraId="6ADCFFFA" w14:textId="77777777" w:rsidR="00A37134" w:rsidRDefault="00A37134" w:rsidP="00252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E844C" w14:textId="77777777" w:rsidR="002522C8" w:rsidRDefault="00CC7161">
    <w:pPr>
      <w:pStyle w:val="Header"/>
    </w:pPr>
    <w:r>
      <w:rPr>
        <w:noProof/>
      </w:rPr>
      <w:drawing>
        <wp:inline distT="0" distB="0" distL="0" distR="0" wp14:anchorId="18B5DE22" wp14:editId="14178E88">
          <wp:extent cx="6502400" cy="9779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pci_b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024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C8C7F20"/>
    <w:multiLevelType w:val="hybridMultilevel"/>
    <w:tmpl w:val="E40A159C"/>
    <w:lvl w:ilvl="0" w:tplc="87E4D2C6">
      <w:start w:val="4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  <w:b w:val="0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F7D518F"/>
    <w:multiLevelType w:val="hybridMultilevel"/>
    <w:tmpl w:val="7332AD56"/>
    <w:lvl w:ilvl="0" w:tplc="36188E2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364" w:hanging="360"/>
      </w:pPr>
    </w:lvl>
    <w:lvl w:ilvl="2" w:tplc="141A001B" w:tentative="1">
      <w:start w:val="1"/>
      <w:numFmt w:val="lowerRoman"/>
      <w:lvlText w:val="%3."/>
      <w:lvlJc w:val="right"/>
      <w:pPr>
        <w:ind w:left="2084" w:hanging="180"/>
      </w:pPr>
    </w:lvl>
    <w:lvl w:ilvl="3" w:tplc="141A000F" w:tentative="1">
      <w:start w:val="1"/>
      <w:numFmt w:val="decimal"/>
      <w:lvlText w:val="%4."/>
      <w:lvlJc w:val="left"/>
      <w:pPr>
        <w:ind w:left="2804" w:hanging="360"/>
      </w:pPr>
    </w:lvl>
    <w:lvl w:ilvl="4" w:tplc="141A0019" w:tentative="1">
      <w:start w:val="1"/>
      <w:numFmt w:val="lowerLetter"/>
      <w:lvlText w:val="%5."/>
      <w:lvlJc w:val="left"/>
      <w:pPr>
        <w:ind w:left="3524" w:hanging="360"/>
      </w:pPr>
    </w:lvl>
    <w:lvl w:ilvl="5" w:tplc="141A001B" w:tentative="1">
      <w:start w:val="1"/>
      <w:numFmt w:val="lowerRoman"/>
      <w:lvlText w:val="%6."/>
      <w:lvlJc w:val="right"/>
      <w:pPr>
        <w:ind w:left="4244" w:hanging="180"/>
      </w:pPr>
    </w:lvl>
    <w:lvl w:ilvl="6" w:tplc="141A000F" w:tentative="1">
      <w:start w:val="1"/>
      <w:numFmt w:val="decimal"/>
      <w:lvlText w:val="%7."/>
      <w:lvlJc w:val="left"/>
      <w:pPr>
        <w:ind w:left="4964" w:hanging="360"/>
      </w:pPr>
    </w:lvl>
    <w:lvl w:ilvl="7" w:tplc="141A0019" w:tentative="1">
      <w:start w:val="1"/>
      <w:numFmt w:val="lowerLetter"/>
      <w:lvlText w:val="%8."/>
      <w:lvlJc w:val="left"/>
      <w:pPr>
        <w:ind w:left="5684" w:hanging="360"/>
      </w:pPr>
    </w:lvl>
    <w:lvl w:ilvl="8" w:tplc="1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30E30CF"/>
    <w:multiLevelType w:val="hybridMultilevel"/>
    <w:tmpl w:val="F2648DB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790501">
    <w:abstractNumId w:val="8"/>
  </w:num>
  <w:num w:numId="2" w16cid:durableId="1110705778">
    <w:abstractNumId w:val="6"/>
  </w:num>
  <w:num w:numId="3" w16cid:durableId="1762292678">
    <w:abstractNumId w:val="5"/>
  </w:num>
  <w:num w:numId="4" w16cid:durableId="1020163266">
    <w:abstractNumId w:val="4"/>
  </w:num>
  <w:num w:numId="5" w16cid:durableId="422142309">
    <w:abstractNumId w:val="7"/>
  </w:num>
  <w:num w:numId="6" w16cid:durableId="675033248">
    <w:abstractNumId w:val="3"/>
  </w:num>
  <w:num w:numId="7" w16cid:durableId="921181705">
    <w:abstractNumId w:val="2"/>
  </w:num>
  <w:num w:numId="8" w16cid:durableId="398401560">
    <w:abstractNumId w:val="1"/>
  </w:num>
  <w:num w:numId="9" w16cid:durableId="233509271">
    <w:abstractNumId w:val="0"/>
  </w:num>
  <w:num w:numId="10" w16cid:durableId="737560869">
    <w:abstractNumId w:val="9"/>
  </w:num>
  <w:num w:numId="11" w16cid:durableId="2135558831">
    <w:abstractNumId w:val="10"/>
  </w:num>
  <w:num w:numId="12" w16cid:durableId="9264973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22C8"/>
    <w:rsid w:val="0029639D"/>
    <w:rsid w:val="00326F90"/>
    <w:rsid w:val="00860CD5"/>
    <w:rsid w:val="00A37134"/>
    <w:rsid w:val="00AA1D8D"/>
    <w:rsid w:val="00B47730"/>
    <w:rsid w:val="00BC2B41"/>
    <w:rsid w:val="00C208C8"/>
    <w:rsid w:val="00CB0664"/>
    <w:rsid w:val="00CB0D25"/>
    <w:rsid w:val="00CC71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AD10A"/>
  <w15:docId w15:val="{08813455-8A9E-47A1-8024-5F1D4CB50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20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8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39078C-9B7E-4D22-9238-DB2F82B4A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KCUS 2023</cp:lastModifiedBy>
  <cp:revision>2</cp:revision>
  <cp:lastPrinted>2026-09-17T12:21:00Z</cp:lastPrinted>
  <dcterms:created xsi:type="dcterms:W3CDTF">2026-09-18T11:46:00Z</dcterms:created>
  <dcterms:modified xsi:type="dcterms:W3CDTF">2026-09-18T11:46:00Z</dcterms:modified>
</cp:coreProperties>
</file>