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B2F4A" w14:textId="77777777" w:rsidR="003A06F0" w:rsidRPr="003A06F0" w:rsidRDefault="003A06F0" w:rsidP="003A06F0">
      <w:pPr>
        <w:spacing w:after="0"/>
        <w:ind w:left="1417" w:right="142"/>
        <w:jc w:val="both"/>
        <w:rPr>
          <w:rFonts w:cstheme="minorHAnsi"/>
          <w:bCs/>
          <w:lang w:val="hr-HR"/>
        </w:rPr>
      </w:pPr>
    </w:p>
    <w:p w14:paraId="2941D74B" w14:textId="4758B5CF" w:rsidR="003A06F0" w:rsidRPr="003A06F0" w:rsidRDefault="003A06F0" w:rsidP="003A06F0">
      <w:pPr>
        <w:spacing w:after="0"/>
        <w:ind w:right="142"/>
        <w:jc w:val="both"/>
        <w:rPr>
          <w:rFonts w:cstheme="minorHAnsi"/>
          <w:bCs/>
          <w:lang w:val="hr-HR"/>
        </w:rPr>
      </w:pPr>
      <w:r w:rsidRPr="003A06F0">
        <w:rPr>
          <w:rFonts w:cstheme="minorHAnsi"/>
          <w:bCs/>
          <w:lang w:val="hr-HR"/>
        </w:rPr>
        <w:t>Broj:</w:t>
      </w:r>
      <w:r w:rsidR="00C67A1D" w:rsidRPr="00C67A1D">
        <w:rPr>
          <w:rFonts w:cstheme="minorHAnsi"/>
          <w:bCs/>
          <w:sz w:val="20"/>
          <w:szCs w:val="20"/>
          <w:lang w:val="hr-HR"/>
        </w:rPr>
        <w:t xml:space="preserve"> </w:t>
      </w:r>
      <w:r w:rsidR="00C67A1D">
        <w:rPr>
          <w:rFonts w:cstheme="minorHAnsi"/>
          <w:bCs/>
          <w:sz w:val="20"/>
          <w:szCs w:val="20"/>
          <w:lang w:val="hr-HR"/>
        </w:rPr>
        <w:t xml:space="preserve"> </w:t>
      </w:r>
      <w:r w:rsidR="00C67A1D">
        <w:rPr>
          <w:rFonts w:cstheme="minorHAnsi"/>
          <w:bCs/>
          <w:sz w:val="20"/>
          <w:szCs w:val="20"/>
          <w:lang w:val="hr-HR"/>
        </w:rPr>
        <w:t>55-30-12-30914</w:t>
      </w:r>
    </w:p>
    <w:p w14:paraId="5DED0E91" w14:textId="77777777" w:rsidR="003A06F0" w:rsidRPr="003A06F0" w:rsidRDefault="003A06F0" w:rsidP="003A06F0">
      <w:pPr>
        <w:spacing w:after="0"/>
        <w:ind w:right="142"/>
        <w:jc w:val="both"/>
        <w:rPr>
          <w:rFonts w:cstheme="minorHAnsi"/>
          <w:bCs/>
          <w:lang w:val="hr-HR"/>
        </w:rPr>
      </w:pPr>
      <w:r w:rsidRPr="003A06F0">
        <w:rPr>
          <w:rFonts w:cstheme="minorHAnsi"/>
          <w:bCs/>
          <w:lang w:val="hr-HR"/>
        </w:rPr>
        <w:t>Datum:</w:t>
      </w:r>
    </w:p>
    <w:p w14:paraId="6A54C4F6" w14:textId="77777777" w:rsidR="003A06F0" w:rsidRPr="003A06F0" w:rsidRDefault="003A06F0" w:rsidP="003A06F0">
      <w:pPr>
        <w:spacing w:after="0"/>
        <w:ind w:right="142"/>
        <w:jc w:val="both"/>
        <w:rPr>
          <w:rFonts w:cstheme="minorHAnsi"/>
          <w:bCs/>
          <w:lang w:val="hr-HR"/>
        </w:rPr>
      </w:pPr>
    </w:p>
    <w:p w14:paraId="51150DF9" w14:textId="77777777" w:rsidR="003A06F0" w:rsidRPr="003A06F0" w:rsidRDefault="003A06F0" w:rsidP="003A06F0">
      <w:pPr>
        <w:tabs>
          <w:tab w:val="left" w:pos="10490"/>
        </w:tabs>
        <w:spacing w:after="0"/>
        <w:ind w:right="142"/>
        <w:jc w:val="both"/>
        <w:rPr>
          <w:rFonts w:cstheme="minorHAnsi"/>
          <w:lang w:val="hr-HR"/>
        </w:rPr>
      </w:pPr>
      <w:r w:rsidRPr="003A06F0">
        <w:rPr>
          <w:rFonts w:cstheme="minorHAnsi"/>
          <w:lang w:val="hr-HR"/>
        </w:rPr>
        <w:t>Na osnovu člana 20.a Zakona o radu F BiH („Službene novine F BiH“ broj 26/16, 89/18, 44/22; 39/24), člana 4. Uredbe Vlade F BiH o postupku prijema u radni odnos u javnom sektoru F BiH („Službene novine F BiH 13/19, 9/21,53/21)  člana  9., 11. i 24. Pravilnika o radu Kliničkog centra Univerziteta u Sarajevu broj: 65-04-2-45374-1/25,</w:t>
      </w:r>
      <w:r w:rsidRPr="003A06F0">
        <w:rPr>
          <w:rFonts w:cstheme="minorHAnsi"/>
          <w:b/>
          <w:lang w:val="hr-HR"/>
        </w:rPr>
        <w:t xml:space="preserve"> </w:t>
      </w:r>
      <w:r w:rsidRPr="003A06F0">
        <w:rPr>
          <w:rFonts w:cstheme="minorHAnsi"/>
          <w:lang w:val="hr-HR"/>
        </w:rPr>
        <w:t>Saglasnosti Federalnog ministarstva zdravstva BiH br. 01-33-4087/26 od 20.08.2026. godine, Zaključka Vlade KS br. 02-04-58439-52/25 od 29.12.2025.godine i Odluke o davanju saglasnosti Vlade Kantona Sarajevo br. 02-04-38452-8/26 od 10.09.2026.godine, raspisuje se</w:t>
      </w:r>
    </w:p>
    <w:p w14:paraId="2FC5E5EB" w14:textId="77777777" w:rsidR="003A06F0" w:rsidRPr="003A06F0" w:rsidRDefault="003A06F0" w:rsidP="003A06F0">
      <w:pPr>
        <w:tabs>
          <w:tab w:val="left" w:pos="10490"/>
        </w:tabs>
        <w:spacing w:after="0"/>
        <w:ind w:right="142"/>
        <w:jc w:val="both"/>
        <w:rPr>
          <w:rFonts w:cstheme="minorHAnsi"/>
          <w:lang w:val="hr-HR"/>
        </w:rPr>
      </w:pPr>
    </w:p>
    <w:p w14:paraId="561247C1" w14:textId="77777777" w:rsidR="003A06F0" w:rsidRPr="003A06F0" w:rsidRDefault="003A06F0" w:rsidP="003A06F0">
      <w:pPr>
        <w:tabs>
          <w:tab w:val="left" w:pos="10490"/>
        </w:tabs>
        <w:spacing w:after="0"/>
        <w:ind w:right="142"/>
        <w:jc w:val="center"/>
        <w:rPr>
          <w:rFonts w:cstheme="minorHAnsi"/>
          <w:b/>
          <w:lang w:val="hr-HR"/>
        </w:rPr>
      </w:pPr>
      <w:r w:rsidRPr="003A06F0">
        <w:rPr>
          <w:rFonts w:cstheme="minorHAnsi"/>
          <w:b/>
          <w:lang w:val="hr-HR"/>
        </w:rPr>
        <w:t>JAVNI OGLAS</w:t>
      </w:r>
    </w:p>
    <w:p w14:paraId="165799B9" w14:textId="77777777" w:rsidR="003A06F0" w:rsidRPr="003A06F0" w:rsidRDefault="003A06F0" w:rsidP="003A06F0">
      <w:pPr>
        <w:tabs>
          <w:tab w:val="left" w:pos="10490"/>
        </w:tabs>
        <w:spacing w:after="0"/>
        <w:ind w:right="142"/>
        <w:jc w:val="center"/>
        <w:rPr>
          <w:rFonts w:cstheme="minorHAnsi"/>
          <w:b/>
          <w:lang w:val="hr-HR"/>
        </w:rPr>
      </w:pPr>
      <w:r w:rsidRPr="003A06F0">
        <w:rPr>
          <w:rFonts w:cstheme="minorHAnsi"/>
          <w:b/>
          <w:lang w:val="hr-HR"/>
        </w:rPr>
        <w:t>za prijem radnika za potrebe KCUS-a</w:t>
      </w:r>
    </w:p>
    <w:p w14:paraId="39B1032F" w14:textId="77777777" w:rsidR="003A06F0" w:rsidRPr="003A06F0" w:rsidRDefault="003A06F0" w:rsidP="003A06F0">
      <w:pPr>
        <w:tabs>
          <w:tab w:val="left" w:pos="10490"/>
        </w:tabs>
        <w:spacing w:after="0"/>
        <w:ind w:right="142"/>
        <w:jc w:val="center"/>
        <w:rPr>
          <w:rFonts w:cstheme="minorHAnsi"/>
          <w:b/>
          <w:bCs/>
          <w:lang w:val="hr-HR"/>
        </w:rPr>
      </w:pPr>
      <w:r w:rsidRPr="003A06F0">
        <w:rPr>
          <w:rFonts w:cstheme="minorHAnsi"/>
          <w:b/>
          <w:bCs/>
          <w:lang w:val="hr-HR"/>
        </w:rPr>
        <w:t>na neodređeno vrijeme</w:t>
      </w:r>
    </w:p>
    <w:p w14:paraId="56D3E5A9" w14:textId="77777777" w:rsidR="003A06F0" w:rsidRPr="003A06F0" w:rsidRDefault="003A06F0" w:rsidP="003A06F0">
      <w:pPr>
        <w:tabs>
          <w:tab w:val="left" w:pos="10490"/>
        </w:tabs>
        <w:spacing w:after="0"/>
        <w:ind w:right="142"/>
        <w:jc w:val="both"/>
        <w:rPr>
          <w:rFonts w:cstheme="minorHAnsi"/>
          <w:b/>
          <w:bCs/>
          <w:lang w:val="hr-HR"/>
        </w:rPr>
      </w:pPr>
    </w:p>
    <w:tbl>
      <w:tblPr>
        <w:tblStyle w:val="TableGrid"/>
        <w:tblW w:w="9744" w:type="dxa"/>
        <w:tblInd w:w="108" w:type="dxa"/>
        <w:tblLook w:val="04A0" w:firstRow="1" w:lastRow="0" w:firstColumn="1" w:lastColumn="0" w:noHBand="0" w:noVBand="1"/>
      </w:tblPr>
      <w:tblGrid>
        <w:gridCol w:w="884"/>
        <w:gridCol w:w="3244"/>
        <w:gridCol w:w="3982"/>
        <w:gridCol w:w="1634"/>
      </w:tblGrid>
      <w:tr w:rsidR="003A06F0" w:rsidRPr="003A06F0" w14:paraId="70B99409" w14:textId="77777777" w:rsidTr="00D34EAF">
        <w:trPr>
          <w:trHeight w:val="235"/>
        </w:trPr>
        <w:tc>
          <w:tcPr>
            <w:tcW w:w="884" w:type="dxa"/>
            <w:tcBorders>
              <w:top w:val="single" w:sz="4" w:space="0" w:color="auto"/>
              <w:left w:val="single" w:sz="4" w:space="0" w:color="auto"/>
              <w:bottom w:val="single" w:sz="4" w:space="0" w:color="auto"/>
              <w:right w:val="single" w:sz="4" w:space="0" w:color="auto"/>
            </w:tcBorders>
            <w:shd w:val="pct10" w:color="auto" w:fill="auto"/>
            <w:vAlign w:val="center"/>
          </w:tcPr>
          <w:p w14:paraId="1A1E5818" w14:textId="77777777" w:rsidR="003A06F0" w:rsidRPr="003A06F0" w:rsidRDefault="003A06F0" w:rsidP="003A06F0">
            <w:pPr>
              <w:tabs>
                <w:tab w:val="left" w:pos="10490"/>
              </w:tabs>
              <w:ind w:left="360" w:right="142"/>
              <w:jc w:val="both"/>
              <w:rPr>
                <w:rFonts w:cstheme="minorHAnsi"/>
                <w:b/>
                <w:bCs/>
                <w:lang w:val="hr-HR"/>
              </w:rPr>
            </w:pPr>
          </w:p>
        </w:tc>
        <w:tc>
          <w:tcPr>
            <w:tcW w:w="3244"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19264013" w14:textId="77777777" w:rsidR="003A06F0" w:rsidRPr="003A06F0" w:rsidRDefault="003A06F0" w:rsidP="003A06F0">
            <w:pPr>
              <w:tabs>
                <w:tab w:val="left" w:pos="10490"/>
              </w:tabs>
              <w:ind w:right="142"/>
              <w:jc w:val="center"/>
              <w:rPr>
                <w:rFonts w:cstheme="minorHAnsi"/>
                <w:b/>
                <w:lang w:val="hr-HR"/>
              </w:rPr>
            </w:pPr>
            <w:r w:rsidRPr="003A06F0">
              <w:rPr>
                <w:rFonts w:cstheme="minorHAnsi"/>
                <w:b/>
                <w:lang w:val="hr-HR"/>
              </w:rPr>
              <w:t>RADNO MJESTO</w:t>
            </w:r>
          </w:p>
        </w:tc>
        <w:tc>
          <w:tcPr>
            <w:tcW w:w="3982"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6B74EAF2" w14:textId="77777777" w:rsidR="003A06F0" w:rsidRPr="003A06F0" w:rsidRDefault="003A06F0" w:rsidP="003A06F0">
            <w:pPr>
              <w:tabs>
                <w:tab w:val="left" w:pos="10490"/>
              </w:tabs>
              <w:ind w:right="142"/>
              <w:jc w:val="center"/>
              <w:rPr>
                <w:rFonts w:cstheme="minorHAnsi"/>
                <w:b/>
                <w:lang w:val="hr-HR"/>
              </w:rPr>
            </w:pPr>
            <w:r w:rsidRPr="003A06F0">
              <w:rPr>
                <w:rFonts w:cstheme="minorHAnsi"/>
                <w:b/>
                <w:lang w:val="hr-HR"/>
              </w:rPr>
              <w:t>ORGANIZACIONA JEDINICA</w:t>
            </w:r>
          </w:p>
        </w:tc>
        <w:tc>
          <w:tcPr>
            <w:tcW w:w="1634"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7F664224" w14:textId="77777777" w:rsidR="003A06F0" w:rsidRPr="003A06F0" w:rsidRDefault="003A06F0" w:rsidP="003A06F0">
            <w:pPr>
              <w:tabs>
                <w:tab w:val="left" w:pos="10490"/>
              </w:tabs>
              <w:ind w:right="142"/>
              <w:jc w:val="center"/>
              <w:rPr>
                <w:rFonts w:cstheme="minorHAnsi"/>
                <w:b/>
                <w:lang w:val="hr-HR"/>
              </w:rPr>
            </w:pPr>
            <w:r w:rsidRPr="003A06F0">
              <w:rPr>
                <w:rFonts w:cstheme="minorHAnsi"/>
                <w:b/>
                <w:lang w:val="hr-HR"/>
              </w:rPr>
              <w:t>BROJ</w:t>
            </w:r>
          </w:p>
          <w:p w14:paraId="11046594" w14:textId="77777777" w:rsidR="003A06F0" w:rsidRPr="003A06F0" w:rsidRDefault="003A06F0" w:rsidP="003A06F0">
            <w:pPr>
              <w:tabs>
                <w:tab w:val="left" w:pos="10490"/>
              </w:tabs>
              <w:ind w:right="142"/>
              <w:jc w:val="center"/>
              <w:rPr>
                <w:rFonts w:cstheme="minorHAnsi"/>
                <w:b/>
                <w:lang w:val="hr-HR"/>
              </w:rPr>
            </w:pPr>
            <w:r w:rsidRPr="003A06F0">
              <w:rPr>
                <w:rFonts w:cstheme="minorHAnsi"/>
                <w:b/>
                <w:lang w:val="hr-HR"/>
              </w:rPr>
              <w:t xml:space="preserve"> IZVRŠILACA</w:t>
            </w:r>
          </w:p>
        </w:tc>
      </w:tr>
      <w:tr w:rsidR="003A06F0" w:rsidRPr="003A06F0" w14:paraId="74E0D206" w14:textId="77777777" w:rsidTr="00D34EAF">
        <w:trPr>
          <w:trHeight w:val="121"/>
        </w:trPr>
        <w:tc>
          <w:tcPr>
            <w:tcW w:w="884" w:type="dxa"/>
            <w:tcBorders>
              <w:top w:val="single" w:sz="4" w:space="0" w:color="auto"/>
              <w:left w:val="single" w:sz="4" w:space="0" w:color="auto"/>
              <w:bottom w:val="single" w:sz="4" w:space="0" w:color="auto"/>
              <w:right w:val="single" w:sz="4" w:space="0" w:color="auto"/>
            </w:tcBorders>
            <w:vAlign w:val="center"/>
          </w:tcPr>
          <w:p w14:paraId="1A712318" w14:textId="77777777" w:rsidR="003A06F0" w:rsidRPr="003A06F0" w:rsidRDefault="003A06F0" w:rsidP="003A06F0">
            <w:pPr>
              <w:pStyle w:val="ListParagraph"/>
              <w:numPr>
                <w:ilvl w:val="0"/>
                <w:numId w:val="11"/>
              </w:numPr>
              <w:tabs>
                <w:tab w:val="left" w:pos="10490"/>
              </w:tabs>
              <w:ind w:right="142"/>
              <w:jc w:val="both"/>
              <w:rPr>
                <w:rFonts w:cstheme="minorHAnsi"/>
                <w:bCs/>
                <w:lang w:val="hr-HR"/>
              </w:rPr>
            </w:pPr>
          </w:p>
        </w:tc>
        <w:tc>
          <w:tcPr>
            <w:tcW w:w="3244" w:type="dxa"/>
            <w:tcBorders>
              <w:top w:val="single" w:sz="4" w:space="0" w:color="auto"/>
              <w:left w:val="single" w:sz="4" w:space="0" w:color="auto"/>
              <w:bottom w:val="single" w:sz="4" w:space="0" w:color="auto"/>
              <w:right w:val="single" w:sz="4" w:space="0" w:color="auto"/>
            </w:tcBorders>
            <w:vAlign w:val="center"/>
          </w:tcPr>
          <w:p w14:paraId="015C1315" w14:textId="77777777" w:rsidR="003A06F0" w:rsidRPr="003A06F0" w:rsidRDefault="003A06F0" w:rsidP="003A06F0">
            <w:pPr>
              <w:tabs>
                <w:tab w:val="left" w:pos="10490"/>
              </w:tabs>
              <w:ind w:right="142"/>
              <w:rPr>
                <w:rFonts w:cstheme="minorHAnsi"/>
                <w:lang w:val="hr-HR"/>
              </w:rPr>
            </w:pPr>
            <w:r w:rsidRPr="003A06F0">
              <w:rPr>
                <w:rFonts w:cstheme="minorHAnsi"/>
                <w:lang w:val="hr-HR"/>
              </w:rPr>
              <w:t>KV Vozač</w:t>
            </w:r>
          </w:p>
        </w:tc>
        <w:tc>
          <w:tcPr>
            <w:tcW w:w="3982" w:type="dxa"/>
            <w:tcBorders>
              <w:top w:val="single" w:sz="4" w:space="0" w:color="auto"/>
              <w:left w:val="single" w:sz="4" w:space="0" w:color="auto"/>
              <w:bottom w:val="single" w:sz="4" w:space="0" w:color="auto"/>
              <w:right w:val="single" w:sz="4" w:space="0" w:color="auto"/>
            </w:tcBorders>
            <w:vAlign w:val="center"/>
          </w:tcPr>
          <w:p w14:paraId="4454CB6B" w14:textId="77777777" w:rsidR="003A06F0" w:rsidRPr="003A06F0" w:rsidRDefault="003A06F0" w:rsidP="003A06F0">
            <w:pPr>
              <w:tabs>
                <w:tab w:val="left" w:pos="10490"/>
              </w:tabs>
              <w:ind w:right="142"/>
              <w:rPr>
                <w:rFonts w:cstheme="minorHAnsi"/>
                <w:lang w:val="hr-HR"/>
              </w:rPr>
            </w:pPr>
            <w:r w:rsidRPr="003A06F0">
              <w:rPr>
                <w:rFonts w:cstheme="minorHAnsi"/>
                <w:lang w:val="hr-HR"/>
              </w:rPr>
              <w:t>Sektor zajedničkih službi, Služba transporta</w:t>
            </w:r>
          </w:p>
        </w:tc>
        <w:tc>
          <w:tcPr>
            <w:tcW w:w="1634" w:type="dxa"/>
            <w:tcBorders>
              <w:top w:val="single" w:sz="4" w:space="0" w:color="auto"/>
              <w:left w:val="single" w:sz="4" w:space="0" w:color="auto"/>
              <w:bottom w:val="single" w:sz="4" w:space="0" w:color="auto"/>
              <w:right w:val="single" w:sz="4" w:space="0" w:color="auto"/>
            </w:tcBorders>
            <w:vAlign w:val="center"/>
          </w:tcPr>
          <w:p w14:paraId="040CA9F5" w14:textId="77777777" w:rsidR="003A06F0" w:rsidRPr="003A06F0" w:rsidRDefault="003A06F0" w:rsidP="003A06F0">
            <w:pPr>
              <w:tabs>
                <w:tab w:val="left" w:pos="10490"/>
              </w:tabs>
              <w:ind w:right="142"/>
              <w:jc w:val="center"/>
              <w:rPr>
                <w:rFonts w:cstheme="minorHAnsi"/>
                <w:lang w:val="hr-HR"/>
              </w:rPr>
            </w:pPr>
            <w:r w:rsidRPr="003A06F0">
              <w:rPr>
                <w:rFonts w:cstheme="minorHAnsi"/>
                <w:lang w:val="hr-HR"/>
              </w:rPr>
              <w:t>1</w:t>
            </w:r>
          </w:p>
        </w:tc>
      </w:tr>
      <w:tr w:rsidR="003A06F0" w:rsidRPr="003A06F0" w14:paraId="76528A87" w14:textId="77777777" w:rsidTr="00D34EAF">
        <w:trPr>
          <w:trHeight w:val="121"/>
        </w:trPr>
        <w:tc>
          <w:tcPr>
            <w:tcW w:w="884" w:type="dxa"/>
            <w:tcBorders>
              <w:top w:val="single" w:sz="4" w:space="0" w:color="auto"/>
              <w:left w:val="single" w:sz="4" w:space="0" w:color="auto"/>
              <w:bottom w:val="single" w:sz="4" w:space="0" w:color="auto"/>
              <w:right w:val="single" w:sz="4" w:space="0" w:color="auto"/>
            </w:tcBorders>
            <w:vAlign w:val="center"/>
          </w:tcPr>
          <w:p w14:paraId="6FE62EF5" w14:textId="77777777" w:rsidR="003A06F0" w:rsidRPr="003A06F0" w:rsidRDefault="003A06F0" w:rsidP="003A06F0">
            <w:pPr>
              <w:pStyle w:val="ListParagraph"/>
              <w:numPr>
                <w:ilvl w:val="0"/>
                <w:numId w:val="11"/>
              </w:numPr>
              <w:tabs>
                <w:tab w:val="left" w:pos="10490"/>
              </w:tabs>
              <w:ind w:right="142"/>
              <w:jc w:val="both"/>
              <w:rPr>
                <w:rFonts w:cstheme="minorHAnsi"/>
                <w:bCs/>
                <w:lang w:val="hr-HR"/>
              </w:rPr>
            </w:pPr>
          </w:p>
        </w:tc>
        <w:tc>
          <w:tcPr>
            <w:tcW w:w="3244" w:type="dxa"/>
            <w:tcBorders>
              <w:top w:val="single" w:sz="4" w:space="0" w:color="auto"/>
              <w:left w:val="single" w:sz="4" w:space="0" w:color="auto"/>
              <w:bottom w:val="single" w:sz="4" w:space="0" w:color="auto"/>
              <w:right w:val="single" w:sz="4" w:space="0" w:color="auto"/>
            </w:tcBorders>
            <w:vAlign w:val="center"/>
          </w:tcPr>
          <w:p w14:paraId="6CA453BA" w14:textId="77777777" w:rsidR="003A06F0" w:rsidRPr="003A06F0" w:rsidRDefault="003A06F0" w:rsidP="003A06F0">
            <w:pPr>
              <w:tabs>
                <w:tab w:val="left" w:pos="10490"/>
              </w:tabs>
              <w:ind w:right="142"/>
              <w:rPr>
                <w:rFonts w:cstheme="minorHAnsi"/>
                <w:lang w:val="hr-HR"/>
              </w:rPr>
            </w:pPr>
            <w:r w:rsidRPr="003A06F0">
              <w:rPr>
                <w:rFonts w:cstheme="minorHAnsi"/>
                <w:lang w:val="hr-HR"/>
              </w:rPr>
              <w:t>Tehnički sekretar</w:t>
            </w:r>
          </w:p>
        </w:tc>
        <w:tc>
          <w:tcPr>
            <w:tcW w:w="3982" w:type="dxa"/>
            <w:tcBorders>
              <w:top w:val="single" w:sz="4" w:space="0" w:color="auto"/>
              <w:left w:val="single" w:sz="4" w:space="0" w:color="auto"/>
              <w:bottom w:val="single" w:sz="4" w:space="0" w:color="auto"/>
              <w:right w:val="single" w:sz="4" w:space="0" w:color="auto"/>
            </w:tcBorders>
            <w:vAlign w:val="center"/>
          </w:tcPr>
          <w:p w14:paraId="772D07F8" w14:textId="77777777" w:rsidR="003A06F0" w:rsidRPr="003A06F0" w:rsidRDefault="003A06F0" w:rsidP="003A06F0">
            <w:pPr>
              <w:tabs>
                <w:tab w:val="left" w:pos="10490"/>
              </w:tabs>
              <w:ind w:right="142"/>
              <w:rPr>
                <w:rFonts w:cstheme="minorHAnsi"/>
                <w:lang w:val="hr-HR"/>
              </w:rPr>
            </w:pPr>
            <w:r w:rsidRPr="003A06F0">
              <w:rPr>
                <w:rFonts w:cstheme="minorHAnsi"/>
                <w:lang w:val="hr-HR"/>
              </w:rPr>
              <w:t>Sektor za pravne poslove, obračun plaća i socijalni rad, Služba za kancelarijsko i arhivsko poslovanje</w:t>
            </w:r>
          </w:p>
        </w:tc>
        <w:tc>
          <w:tcPr>
            <w:tcW w:w="1634" w:type="dxa"/>
            <w:tcBorders>
              <w:top w:val="single" w:sz="4" w:space="0" w:color="auto"/>
              <w:left w:val="single" w:sz="4" w:space="0" w:color="auto"/>
              <w:bottom w:val="single" w:sz="4" w:space="0" w:color="auto"/>
              <w:right w:val="single" w:sz="4" w:space="0" w:color="auto"/>
            </w:tcBorders>
            <w:vAlign w:val="center"/>
          </w:tcPr>
          <w:p w14:paraId="1597A99C" w14:textId="77777777" w:rsidR="003A06F0" w:rsidRPr="003A06F0" w:rsidRDefault="003A06F0" w:rsidP="003A06F0">
            <w:pPr>
              <w:tabs>
                <w:tab w:val="left" w:pos="10490"/>
              </w:tabs>
              <w:ind w:right="142"/>
              <w:jc w:val="center"/>
              <w:rPr>
                <w:rFonts w:cstheme="minorHAnsi"/>
                <w:lang w:val="hr-HR"/>
              </w:rPr>
            </w:pPr>
            <w:r w:rsidRPr="003A06F0">
              <w:rPr>
                <w:rFonts w:cstheme="minorHAnsi"/>
                <w:lang w:val="hr-HR"/>
              </w:rPr>
              <w:t>2</w:t>
            </w:r>
          </w:p>
        </w:tc>
      </w:tr>
      <w:tr w:rsidR="003A06F0" w:rsidRPr="003A06F0" w14:paraId="19C747E3" w14:textId="77777777" w:rsidTr="00D34EAF">
        <w:trPr>
          <w:trHeight w:val="121"/>
        </w:trPr>
        <w:tc>
          <w:tcPr>
            <w:tcW w:w="884" w:type="dxa"/>
            <w:tcBorders>
              <w:top w:val="single" w:sz="4" w:space="0" w:color="auto"/>
              <w:left w:val="single" w:sz="4" w:space="0" w:color="auto"/>
              <w:bottom w:val="single" w:sz="4" w:space="0" w:color="auto"/>
              <w:right w:val="single" w:sz="4" w:space="0" w:color="auto"/>
            </w:tcBorders>
            <w:vAlign w:val="center"/>
          </w:tcPr>
          <w:p w14:paraId="57995A79" w14:textId="77777777" w:rsidR="003A06F0" w:rsidRPr="003A06F0" w:rsidRDefault="003A06F0" w:rsidP="003A06F0">
            <w:pPr>
              <w:pStyle w:val="ListParagraph"/>
              <w:numPr>
                <w:ilvl w:val="0"/>
                <w:numId w:val="11"/>
              </w:numPr>
              <w:tabs>
                <w:tab w:val="left" w:pos="10490"/>
              </w:tabs>
              <w:ind w:right="142"/>
              <w:jc w:val="both"/>
              <w:rPr>
                <w:rFonts w:cstheme="minorHAnsi"/>
                <w:bCs/>
                <w:lang w:val="hr-HR"/>
              </w:rPr>
            </w:pPr>
          </w:p>
        </w:tc>
        <w:tc>
          <w:tcPr>
            <w:tcW w:w="3244" w:type="dxa"/>
            <w:tcBorders>
              <w:top w:val="single" w:sz="4" w:space="0" w:color="auto"/>
              <w:left w:val="single" w:sz="4" w:space="0" w:color="auto"/>
              <w:bottom w:val="single" w:sz="4" w:space="0" w:color="auto"/>
              <w:right w:val="single" w:sz="4" w:space="0" w:color="auto"/>
            </w:tcBorders>
            <w:vAlign w:val="center"/>
          </w:tcPr>
          <w:p w14:paraId="3130B07F" w14:textId="77777777" w:rsidR="003A06F0" w:rsidRPr="003A06F0" w:rsidRDefault="003A06F0" w:rsidP="003A06F0">
            <w:pPr>
              <w:tabs>
                <w:tab w:val="left" w:pos="10490"/>
              </w:tabs>
              <w:ind w:right="142"/>
              <w:rPr>
                <w:rFonts w:cstheme="minorHAnsi"/>
                <w:lang w:val="hr-HR"/>
              </w:rPr>
            </w:pPr>
            <w:r w:rsidRPr="003A06F0">
              <w:rPr>
                <w:rFonts w:cstheme="minorHAnsi"/>
                <w:lang w:val="hr-HR"/>
              </w:rPr>
              <w:t>Blagajnik porto blagajne</w:t>
            </w:r>
          </w:p>
        </w:tc>
        <w:tc>
          <w:tcPr>
            <w:tcW w:w="3982" w:type="dxa"/>
            <w:tcBorders>
              <w:top w:val="single" w:sz="4" w:space="0" w:color="auto"/>
              <w:left w:val="single" w:sz="4" w:space="0" w:color="auto"/>
              <w:bottom w:val="single" w:sz="4" w:space="0" w:color="auto"/>
              <w:right w:val="single" w:sz="4" w:space="0" w:color="auto"/>
            </w:tcBorders>
            <w:vAlign w:val="center"/>
          </w:tcPr>
          <w:p w14:paraId="33EFB820" w14:textId="77777777" w:rsidR="003A06F0" w:rsidRPr="003A06F0" w:rsidRDefault="003A06F0" w:rsidP="003A06F0">
            <w:pPr>
              <w:tabs>
                <w:tab w:val="left" w:pos="10490"/>
              </w:tabs>
              <w:ind w:right="142"/>
              <w:rPr>
                <w:rFonts w:cstheme="minorHAnsi"/>
                <w:lang w:val="hr-HR"/>
              </w:rPr>
            </w:pPr>
            <w:r w:rsidRPr="00C67A1D">
              <w:rPr>
                <w:rFonts w:cstheme="minorHAnsi"/>
                <w:lang w:val="hr-HR"/>
              </w:rPr>
              <w:t xml:space="preserve">Sektor za finansijske, knjigovodstvene i planske poslova - </w:t>
            </w:r>
            <w:r w:rsidRPr="003A06F0">
              <w:rPr>
                <w:rFonts w:cstheme="minorHAnsi"/>
                <w:lang w:val="hr-HR"/>
              </w:rPr>
              <w:t>Služba za finansijske i blagajničke poslove</w:t>
            </w:r>
          </w:p>
        </w:tc>
        <w:tc>
          <w:tcPr>
            <w:tcW w:w="1634" w:type="dxa"/>
            <w:tcBorders>
              <w:top w:val="single" w:sz="4" w:space="0" w:color="auto"/>
              <w:left w:val="single" w:sz="4" w:space="0" w:color="auto"/>
              <w:bottom w:val="single" w:sz="4" w:space="0" w:color="auto"/>
              <w:right w:val="single" w:sz="4" w:space="0" w:color="auto"/>
            </w:tcBorders>
            <w:vAlign w:val="center"/>
          </w:tcPr>
          <w:p w14:paraId="0E77821D" w14:textId="77777777" w:rsidR="003A06F0" w:rsidRPr="003A06F0" w:rsidRDefault="003A06F0" w:rsidP="003A06F0">
            <w:pPr>
              <w:tabs>
                <w:tab w:val="left" w:pos="10490"/>
              </w:tabs>
              <w:ind w:right="142"/>
              <w:jc w:val="center"/>
              <w:rPr>
                <w:rFonts w:cstheme="minorHAnsi"/>
                <w:lang w:val="hr-HR"/>
              </w:rPr>
            </w:pPr>
            <w:r w:rsidRPr="003A06F0">
              <w:rPr>
                <w:rFonts w:cstheme="minorHAnsi"/>
                <w:lang w:val="hr-HR"/>
              </w:rPr>
              <w:t>1</w:t>
            </w:r>
          </w:p>
        </w:tc>
      </w:tr>
      <w:tr w:rsidR="003A06F0" w:rsidRPr="003A06F0" w14:paraId="7D488271" w14:textId="77777777" w:rsidTr="00D34EAF">
        <w:trPr>
          <w:trHeight w:val="121"/>
        </w:trPr>
        <w:tc>
          <w:tcPr>
            <w:tcW w:w="884" w:type="dxa"/>
            <w:tcBorders>
              <w:top w:val="single" w:sz="4" w:space="0" w:color="auto"/>
              <w:left w:val="single" w:sz="4" w:space="0" w:color="auto"/>
              <w:bottom w:val="single" w:sz="4" w:space="0" w:color="auto"/>
              <w:right w:val="single" w:sz="4" w:space="0" w:color="auto"/>
            </w:tcBorders>
            <w:vAlign w:val="center"/>
          </w:tcPr>
          <w:p w14:paraId="0D1D8F88" w14:textId="77777777" w:rsidR="003A06F0" w:rsidRPr="003A06F0" w:rsidRDefault="003A06F0" w:rsidP="003A06F0">
            <w:pPr>
              <w:pStyle w:val="ListParagraph"/>
              <w:numPr>
                <w:ilvl w:val="0"/>
                <w:numId w:val="11"/>
              </w:numPr>
              <w:tabs>
                <w:tab w:val="left" w:pos="10490"/>
              </w:tabs>
              <w:ind w:right="142"/>
              <w:jc w:val="both"/>
              <w:rPr>
                <w:rFonts w:cstheme="minorHAnsi"/>
                <w:bCs/>
                <w:lang w:val="hr-HR"/>
              </w:rPr>
            </w:pPr>
          </w:p>
        </w:tc>
        <w:tc>
          <w:tcPr>
            <w:tcW w:w="3244" w:type="dxa"/>
            <w:tcBorders>
              <w:top w:val="single" w:sz="4" w:space="0" w:color="auto"/>
              <w:left w:val="single" w:sz="4" w:space="0" w:color="auto"/>
              <w:bottom w:val="single" w:sz="4" w:space="0" w:color="auto"/>
              <w:right w:val="single" w:sz="4" w:space="0" w:color="auto"/>
            </w:tcBorders>
            <w:vAlign w:val="center"/>
          </w:tcPr>
          <w:p w14:paraId="4218137F" w14:textId="77777777" w:rsidR="003A06F0" w:rsidRPr="003A06F0" w:rsidRDefault="003A06F0" w:rsidP="003A06F0">
            <w:pPr>
              <w:tabs>
                <w:tab w:val="left" w:pos="10490"/>
              </w:tabs>
              <w:ind w:right="142"/>
              <w:rPr>
                <w:rFonts w:cstheme="minorHAnsi"/>
                <w:lang w:val="hr-HR"/>
              </w:rPr>
            </w:pPr>
            <w:r w:rsidRPr="003A06F0">
              <w:rPr>
                <w:rFonts w:cstheme="minorHAnsi"/>
                <w:lang w:val="hr-HR"/>
              </w:rPr>
              <w:t>Referent za administrativno – ekonomske poslove u Službi za praćenje realizacije zaključenih ugovora</w:t>
            </w:r>
          </w:p>
        </w:tc>
        <w:tc>
          <w:tcPr>
            <w:tcW w:w="3982" w:type="dxa"/>
            <w:tcBorders>
              <w:top w:val="single" w:sz="4" w:space="0" w:color="auto"/>
              <w:left w:val="single" w:sz="4" w:space="0" w:color="auto"/>
              <w:bottom w:val="single" w:sz="4" w:space="0" w:color="auto"/>
              <w:right w:val="single" w:sz="4" w:space="0" w:color="auto"/>
            </w:tcBorders>
            <w:vAlign w:val="center"/>
          </w:tcPr>
          <w:p w14:paraId="30B0C6BB" w14:textId="77777777" w:rsidR="003A06F0" w:rsidRPr="003A06F0" w:rsidRDefault="003A06F0" w:rsidP="003A06F0">
            <w:pPr>
              <w:tabs>
                <w:tab w:val="left" w:pos="10490"/>
              </w:tabs>
              <w:ind w:right="142"/>
              <w:rPr>
                <w:rFonts w:cstheme="minorHAnsi"/>
                <w:lang w:val="hr-HR"/>
              </w:rPr>
            </w:pPr>
            <w:r w:rsidRPr="003A06F0">
              <w:rPr>
                <w:rFonts w:cstheme="minorHAnsi"/>
                <w:lang w:val="hr-HR"/>
              </w:rPr>
              <w:t>OJ Klinička apoteka</w:t>
            </w:r>
          </w:p>
        </w:tc>
        <w:tc>
          <w:tcPr>
            <w:tcW w:w="1634" w:type="dxa"/>
            <w:tcBorders>
              <w:top w:val="single" w:sz="4" w:space="0" w:color="auto"/>
              <w:left w:val="single" w:sz="4" w:space="0" w:color="auto"/>
              <w:bottom w:val="single" w:sz="4" w:space="0" w:color="auto"/>
              <w:right w:val="single" w:sz="4" w:space="0" w:color="auto"/>
            </w:tcBorders>
            <w:vAlign w:val="center"/>
          </w:tcPr>
          <w:p w14:paraId="08C4B460" w14:textId="77777777" w:rsidR="003A06F0" w:rsidRPr="003A06F0" w:rsidRDefault="003A06F0" w:rsidP="003A06F0">
            <w:pPr>
              <w:tabs>
                <w:tab w:val="left" w:pos="10490"/>
              </w:tabs>
              <w:ind w:right="142"/>
              <w:jc w:val="center"/>
              <w:rPr>
                <w:rFonts w:cstheme="minorHAnsi"/>
                <w:lang w:val="hr-HR"/>
              </w:rPr>
            </w:pPr>
            <w:r w:rsidRPr="003A06F0">
              <w:rPr>
                <w:rFonts w:cstheme="minorHAnsi"/>
                <w:lang w:val="hr-HR"/>
              </w:rPr>
              <w:t>1</w:t>
            </w:r>
          </w:p>
        </w:tc>
      </w:tr>
      <w:tr w:rsidR="003A06F0" w:rsidRPr="003A06F0" w14:paraId="28382CA1" w14:textId="77777777" w:rsidTr="00D34EAF">
        <w:trPr>
          <w:trHeight w:val="121"/>
        </w:trPr>
        <w:tc>
          <w:tcPr>
            <w:tcW w:w="884" w:type="dxa"/>
            <w:tcBorders>
              <w:top w:val="single" w:sz="4" w:space="0" w:color="auto"/>
              <w:left w:val="single" w:sz="4" w:space="0" w:color="auto"/>
              <w:bottom w:val="single" w:sz="4" w:space="0" w:color="auto"/>
              <w:right w:val="single" w:sz="4" w:space="0" w:color="auto"/>
            </w:tcBorders>
            <w:vAlign w:val="center"/>
          </w:tcPr>
          <w:p w14:paraId="61C11266" w14:textId="77777777" w:rsidR="003A06F0" w:rsidRPr="003A06F0" w:rsidRDefault="003A06F0" w:rsidP="003A06F0">
            <w:pPr>
              <w:pStyle w:val="ListParagraph"/>
              <w:numPr>
                <w:ilvl w:val="0"/>
                <w:numId w:val="11"/>
              </w:numPr>
              <w:tabs>
                <w:tab w:val="left" w:pos="10490"/>
              </w:tabs>
              <w:ind w:right="142"/>
              <w:jc w:val="both"/>
              <w:rPr>
                <w:rFonts w:cstheme="minorHAnsi"/>
                <w:bCs/>
                <w:lang w:val="hr-HR"/>
              </w:rPr>
            </w:pPr>
          </w:p>
        </w:tc>
        <w:tc>
          <w:tcPr>
            <w:tcW w:w="3244" w:type="dxa"/>
            <w:tcBorders>
              <w:top w:val="single" w:sz="4" w:space="0" w:color="auto"/>
              <w:left w:val="single" w:sz="4" w:space="0" w:color="auto"/>
              <w:bottom w:val="single" w:sz="4" w:space="0" w:color="auto"/>
              <w:right w:val="single" w:sz="4" w:space="0" w:color="auto"/>
            </w:tcBorders>
            <w:vAlign w:val="center"/>
          </w:tcPr>
          <w:p w14:paraId="46EBBBE1" w14:textId="77777777" w:rsidR="003A06F0" w:rsidRPr="003A06F0" w:rsidRDefault="003A06F0" w:rsidP="003A06F0">
            <w:pPr>
              <w:tabs>
                <w:tab w:val="left" w:pos="10490"/>
              </w:tabs>
              <w:ind w:right="142"/>
              <w:rPr>
                <w:rFonts w:cstheme="minorHAnsi"/>
                <w:lang w:val="hr-HR"/>
              </w:rPr>
            </w:pPr>
            <w:r w:rsidRPr="003A06F0">
              <w:rPr>
                <w:rFonts w:cstheme="minorHAnsi"/>
                <w:lang w:val="hr-HR"/>
              </w:rPr>
              <w:t>Referent za obračun plaća i drugih primanja</w:t>
            </w:r>
          </w:p>
        </w:tc>
        <w:tc>
          <w:tcPr>
            <w:tcW w:w="3982" w:type="dxa"/>
            <w:tcBorders>
              <w:top w:val="single" w:sz="4" w:space="0" w:color="auto"/>
              <w:left w:val="single" w:sz="4" w:space="0" w:color="auto"/>
              <w:bottom w:val="single" w:sz="4" w:space="0" w:color="auto"/>
              <w:right w:val="single" w:sz="4" w:space="0" w:color="auto"/>
            </w:tcBorders>
            <w:vAlign w:val="center"/>
          </w:tcPr>
          <w:p w14:paraId="5C9384FF" w14:textId="77777777" w:rsidR="003A06F0" w:rsidRPr="003A06F0" w:rsidRDefault="003A06F0" w:rsidP="003A06F0">
            <w:pPr>
              <w:tabs>
                <w:tab w:val="left" w:pos="10490"/>
              </w:tabs>
              <w:ind w:right="142"/>
              <w:rPr>
                <w:rFonts w:cstheme="minorHAnsi"/>
                <w:lang w:val="hr-HR"/>
              </w:rPr>
            </w:pPr>
            <w:r w:rsidRPr="003A06F0">
              <w:rPr>
                <w:rFonts w:cstheme="minorHAnsi"/>
                <w:lang w:val="hr-HR"/>
              </w:rPr>
              <w:t>Sektor za pravne poslove, obračun plaća i socijalni rad, Služba obračuna plaća</w:t>
            </w:r>
          </w:p>
        </w:tc>
        <w:tc>
          <w:tcPr>
            <w:tcW w:w="1634" w:type="dxa"/>
            <w:tcBorders>
              <w:top w:val="single" w:sz="4" w:space="0" w:color="auto"/>
              <w:left w:val="single" w:sz="4" w:space="0" w:color="auto"/>
              <w:bottom w:val="single" w:sz="4" w:space="0" w:color="auto"/>
              <w:right w:val="single" w:sz="4" w:space="0" w:color="auto"/>
            </w:tcBorders>
            <w:vAlign w:val="center"/>
          </w:tcPr>
          <w:p w14:paraId="226217CF" w14:textId="77777777" w:rsidR="003A06F0" w:rsidRPr="003A06F0" w:rsidRDefault="003A06F0" w:rsidP="003A06F0">
            <w:pPr>
              <w:tabs>
                <w:tab w:val="left" w:pos="10490"/>
              </w:tabs>
              <w:ind w:right="142"/>
              <w:jc w:val="center"/>
              <w:rPr>
                <w:rFonts w:cstheme="minorHAnsi"/>
                <w:lang w:val="hr-HR"/>
              </w:rPr>
            </w:pPr>
            <w:r w:rsidRPr="003A06F0">
              <w:rPr>
                <w:rFonts w:cstheme="minorHAnsi"/>
                <w:lang w:val="hr-HR"/>
              </w:rPr>
              <w:t>1</w:t>
            </w:r>
          </w:p>
        </w:tc>
      </w:tr>
      <w:tr w:rsidR="003A06F0" w:rsidRPr="003A06F0" w14:paraId="41544003" w14:textId="77777777" w:rsidTr="00D34EAF">
        <w:trPr>
          <w:trHeight w:val="121"/>
        </w:trPr>
        <w:tc>
          <w:tcPr>
            <w:tcW w:w="884" w:type="dxa"/>
            <w:tcBorders>
              <w:top w:val="single" w:sz="4" w:space="0" w:color="auto"/>
              <w:left w:val="single" w:sz="4" w:space="0" w:color="auto"/>
              <w:bottom w:val="single" w:sz="4" w:space="0" w:color="auto"/>
              <w:right w:val="single" w:sz="4" w:space="0" w:color="auto"/>
            </w:tcBorders>
            <w:vAlign w:val="center"/>
          </w:tcPr>
          <w:p w14:paraId="0E14DA75" w14:textId="77777777" w:rsidR="003A06F0" w:rsidRPr="003A06F0" w:rsidRDefault="003A06F0" w:rsidP="003A06F0">
            <w:pPr>
              <w:pStyle w:val="ListParagraph"/>
              <w:numPr>
                <w:ilvl w:val="0"/>
                <w:numId w:val="11"/>
              </w:numPr>
              <w:tabs>
                <w:tab w:val="left" w:pos="10490"/>
              </w:tabs>
              <w:ind w:right="142"/>
              <w:jc w:val="both"/>
              <w:rPr>
                <w:rFonts w:cstheme="minorHAnsi"/>
                <w:bCs/>
                <w:lang w:val="hr-HR"/>
              </w:rPr>
            </w:pPr>
          </w:p>
        </w:tc>
        <w:tc>
          <w:tcPr>
            <w:tcW w:w="3244" w:type="dxa"/>
            <w:tcBorders>
              <w:top w:val="single" w:sz="4" w:space="0" w:color="auto"/>
              <w:left w:val="single" w:sz="4" w:space="0" w:color="auto"/>
              <w:bottom w:val="single" w:sz="4" w:space="0" w:color="auto"/>
              <w:right w:val="single" w:sz="4" w:space="0" w:color="auto"/>
            </w:tcBorders>
            <w:vAlign w:val="center"/>
          </w:tcPr>
          <w:p w14:paraId="510D764C" w14:textId="77777777" w:rsidR="003A06F0" w:rsidRPr="003A06F0" w:rsidRDefault="003A06F0" w:rsidP="003A06F0">
            <w:pPr>
              <w:tabs>
                <w:tab w:val="left" w:pos="10490"/>
              </w:tabs>
              <w:ind w:right="142"/>
              <w:rPr>
                <w:rFonts w:cstheme="minorHAnsi"/>
                <w:lang w:val="hr-HR"/>
              </w:rPr>
            </w:pPr>
            <w:r w:rsidRPr="003A06F0">
              <w:rPr>
                <w:rFonts w:cstheme="minorHAnsi"/>
                <w:lang w:val="hr-HR"/>
              </w:rPr>
              <w:t>Referent za javne nabavke</w:t>
            </w:r>
          </w:p>
        </w:tc>
        <w:tc>
          <w:tcPr>
            <w:tcW w:w="3982" w:type="dxa"/>
            <w:tcBorders>
              <w:top w:val="single" w:sz="4" w:space="0" w:color="auto"/>
              <w:left w:val="single" w:sz="4" w:space="0" w:color="auto"/>
              <w:bottom w:val="single" w:sz="4" w:space="0" w:color="auto"/>
              <w:right w:val="single" w:sz="4" w:space="0" w:color="auto"/>
            </w:tcBorders>
            <w:vAlign w:val="center"/>
          </w:tcPr>
          <w:p w14:paraId="0C801981" w14:textId="77777777" w:rsidR="003A06F0" w:rsidRPr="003A06F0" w:rsidRDefault="003A06F0" w:rsidP="003A06F0">
            <w:pPr>
              <w:tabs>
                <w:tab w:val="left" w:pos="10490"/>
              </w:tabs>
              <w:ind w:right="142"/>
              <w:rPr>
                <w:rFonts w:cstheme="minorHAnsi"/>
                <w:lang w:val="hr-HR"/>
              </w:rPr>
            </w:pPr>
            <w:r w:rsidRPr="003A06F0">
              <w:rPr>
                <w:rFonts w:cstheme="minorHAnsi"/>
                <w:lang w:val="hr-HR"/>
              </w:rPr>
              <w:t>Služba za javne nabavke</w:t>
            </w:r>
          </w:p>
        </w:tc>
        <w:tc>
          <w:tcPr>
            <w:tcW w:w="1634" w:type="dxa"/>
            <w:tcBorders>
              <w:top w:val="single" w:sz="4" w:space="0" w:color="auto"/>
              <w:left w:val="single" w:sz="4" w:space="0" w:color="auto"/>
              <w:bottom w:val="single" w:sz="4" w:space="0" w:color="auto"/>
              <w:right w:val="single" w:sz="4" w:space="0" w:color="auto"/>
            </w:tcBorders>
            <w:vAlign w:val="center"/>
          </w:tcPr>
          <w:p w14:paraId="295F1FD0" w14:textId="77777777" w:rsidR="003A06F0" w:rsidRPr="003A06F0" w:rsidRDefault="003A06F0" w:rsidP="003A06F0">
            <w:pPr>
              <w:tabs>
                <w:tab w:val="left" w:pos="10490"/>
              </w:tabs>
              <w:ind w:right="142"/>
              <w:jc w:val="center"/>
              <w:rPr>
                <w:rFonts w:cstheme="minorHAnsi"/>
                <w:lang w:val="hr-HR"/>
              </w:rPr>
            </w:pPr>
            <w:r w:rsidRPr="003A06F0">
              <w:rPr>
                <w:rFonts w:cstheme="minorHAnsi"/>
                <w:lang w:val="hr-HR"/>
              </w:rPr>
              <w:t>1</w:t>
            </w:r>
          </w:p>
        </w:tc>
      </w:tr>
      <w:tr w:rsidR="003A06F0" w:rsidRPr="003A06F0" w14:paraId="6DD35AD6" w14:textId="77777777" w:rsidTr="00D34EAF">
        <w:trPr>
          <w:trHeight w:val="121"/>
        </w:trPr>
        <w:tc>
          <w:tcPr>
            <w:tcW w:w="884" w:type="dxa"/>
            <w:tcBorders>
              <w:top w:val="single" w:sz="4" w:space="0" w:color="auto"/>
              <w:left w:val="single" w:sz="4" w:space="0" w:color="auto"/>
              <w:bottom w:val="single" w:sz="4" w:space="0" w:color="auto"/>
              <w:right w:val="single" w:sz="4" w:space="0" w:color="auto"/>
            </w:tcBorders>
            <w:vAlign w:val="center"/>
          </w:tcPr>
          <w:p w14:paraId="58287793" w14:textId="77777777" w:rsidR="003A06F0" w:rsidRPr="003A06F0" w:rsidRDefault="003A06F0" w:rsidP="003A06F0">
            <w:pPr>
              <w:pStyle w:val="ListParagraph"/>
              <w:numPr>
                <w:ilvl w:val="0"/>
                <w:numId w:val="11"/>
              </w:numPr>
              <w:tabs>
                <w:tab w:val="left" w:pos="10490"/>
              </w:tabs>
              <w:ind w:right="142"/>
              <w:jc w:val="both"/>
              <w:rPr>
                <w:rFonts w:cstheme="minorHAnsi"/>
                <w:bCs/>
                <w:lang w:val="hr-HR"/>
              </w:rPr>
            </w:pPr>
          </w:p>
        </w:tc>
        <w:tc>
          <w:tcPr>
            <w:tcW w:w="3244" w:type="dxa"/>
            <w:tcBorders>
              <w:top w:val="single" w:sz="4" w:space="0" w:color="auto"/>
              <w:left w:val="single" w:sz="4" w:space="0" w:color="auto"/>
              <w:bottom w:val="single" w:sz="4" w:space="0" w:color="auto"/>
              <w:right w:val="single" w:sz="4" w:space="0" w:color="auto"/>
            </w:tcBorders>
            <w:vAlign w:val="center"/>
          </w:tcPr>
          <w:p w14:paraId="23801CFE" w14:textId="77777777" w:rsidR="003A06F0" w:rsidRPr="003A06F0" w:rsidRDefault="003A06F0" w:rsidP="003A06F0">
            <w:pPr>
              <w:tabs>
                <w:tab w:val="left" w:pos="10490"/>
              </w:tabs>
              <w:ind w:right="142"/>
              <w:rPr>
                <w:rFonts w:cstheme="minorHAnsi"/>
                <w:lang w:val="hr-HR"/>
              </w:rPr>
            </w:pPr>
            <w:r w:rsidRPr="003A06F0">
              <w:rPr>
                <w:rFonts w:cstheme="minorHAnsi"/>
                <w:lang w:val="hr-HR"/>
              </w:rPr>
              <w:t xml:space="preserve">Servirka </w:t>
            </w:r>
          </w:p>
        </w:tc>
        <w:tc>
          <w:tcPr>
            <w:tcW w:w="3982" w:type="dxa"/>
            <w:tcBorders>
              <w:top w:val="single" w:sz="4" w:space="0" w:color="auto"/>
              <w:left w:val="single" w:sz="4" w:space="0" w:color="auto"/>
              <w:bottom w:val="single" w:sz="4" w:space="0" w:color="auto"/>
              <w:right w:val="single" w:sz="4" w:space="0" w:color="auto"/>
            </w:tcBorders>
            <w:vAlign w:val="center"/>
          </w:tcPr>
          <w:p w14:paraId="04E506E8" w14:textId="77777777" w:rsidR="003A06F0" w:rsidRPr="003A06F0" w:rsidRDefault="003A06F0" w:rsidP="003A06F0">
            <w:pPr>
              <w:tabs>
                <w:tab w:val="left" w:pos="10490"/>
              </w:tabs>
              <w:ind w:right="142"/>
              <w:rPr>
                <w:rFonts w:cstheme="minorHAnsi"/>
                <w:lang w:val="hr-HR"/>
              </w:rPr>
            </w:pPr>
            <w:r w:rsidRPr="003A06F0">
              <w:rPr>
                <w:rFonts w:cstheme="minorHAnsi"/>
                <w:lang w:val="hr-HR"/>
              </w:rPr>
              <w:t>Sektor zajedničkih službi, Služba klinička ishrana</w:t>
            </w:r>
          </w:p>
        </w:tc>
        <w:tc>
          <w:tcPr>
            <w:tcW w:w="1634" w:type="dxa"/>
            <w:tcBorders>
              <w:top w:val="single" w:sz="4" w:space="0" w:color="auto"/>
              <w:left w:val="single" w:sz="4" w:space="0" w:color="auto"/>
              <w:bottom w:val="single" w:sz="4" w:space="0" w:color="auto"/>
              <w:right w:val="single" w:sz="4" w:space="0" w:color="auto"/>
            </w:tcBorders>
            <w:vAlign w:val="center"/>
          </w:tcPr>
          <w:p w14:paraId="6146A275" w14:textId="77777777" w:rsidR="003A06F0" w:rsidRPr="003A06F0" w:rsidRDefault="003A06F0" w:rsidP="003A06F0">
            <w:pPr>
              <w:tabs>
                <w:tab w:val="left" w:pos="10490"/>
              </w:tabs>
              <w:ind w:right="142"/>
              <w:jc w:val="center"/>
              <w:rPr>
                <w:rFonts w:cstheme="minorHAnsi"/>
                <w:lang w:val="hr-HR"/>
              </w:rPr>
            </w:pPr>
            <w:r w:rsidRPr="003A06F0">
              <w:rPr>
                <w:rFonts w:cstheme="minorHAnsi"/>
                <w:lang w:val="hr-HR"/>
              </w:rPr>
              <w:t>2</w:t>
            </w:r>
          </w:p>
        </w:tc>
      </w:tr>
      <w:tr w:rsidR="003A06F0" w:rsidRPr="003A06F0" w14:paraId="23EC2199" w14:textId="77777777" w:rsidTr="00D34EAF">
        <w:trPr>
          <w:trHeight w:val="121"/>
        </w:trPr>
        <w:tc>
          <w:tcPr>
            <w:tcW w:w="884" w:type="dxa"/>
            <w:tcBorders>
              <w:top w:val="single" w:sz="4" w:space="0" w:color="auto"/>
              <w:left w:val="single" w:sz="4" w:space="0" w:color="auto"/>
              <w:bottom w:val="single" w:sz="4" w:space="0" w:color="auto"/>
              <w:right w:val="single" w:sz="4" w:space="0" w:color="auto"/>
            </w:tcBorders>
            <w:vAlign w:val="center"/>
          </w:tcPr>
          <w:p w14:paraId="6050B901" w14:textId="77777777" w:rsidR="003A06F0" w:rsidRPr="003A06F0" w:rsidRDefault="003A06F0" w:rsidP="003A06F0">
            <w:pPr>
              <w:pStyle w:val="ListParagraph"/>
              <w:numPr>
                <w:ilvl w:val="0"/>
                <w:numId w:val="11"/>
              </w:numPr>
              <w:tabs>
                <w:tab w:val="left" w:pos="10490"/>
              </w:tabs>
              <w:ind w:right="142"/>
              <w:jc w:val="both"/>
              <w:rPr>
                <w:rFonts w:cstheme="minorHAnsi"/>
                <w:bCs/>
                <w:lang w:val="hr-HR"/>
              </w:rPr>
            </w:pPr>
          </w:p>
        </w:tc>
        <w:tc>
          <w:tcPr>
            <w:tcW w:w="3244" w:type="dxa"/>
            <w:tcBorders>
              <w:top w:val="single" w:sz="4" w:space="0" w:color="auto"/>
              <w:left w:val="single" w:sz="4" w:space="0" w:color="auto"/>
              <w:bottom w:val="single" w:sz="4" w:space="0" w:color="auto"/>
              <w:right w:val="single" w:sz="4" w:space="0" w:color="auto"/>
            </w:tcBorders>
            <w:vAlign w:val="center"/>
          </w:tcPr>
          <w:p w14:paraId="13D63F8C" w14:textId="77777777" w:rsidR="003A06F0" w:rsidRPr="003A06F0" w:rsidRDefault="003A06F0" w:rsidP="003A06F0">
            <w:pPr>
              <w:tabs>
                <w:tab w:val="left" w:pos="10490"/>
              </w:tabs>
              <w:ind w:right="142"/>
              <w:rPr>
                <w:rFonts w:cstheme="minorHAnsi"/>
                <w:lang w:val="hr-HR"/>
              </w:rPr>
            </w:pPr>
            <w:r w:rsidRPr="003A06F0">
              <w:rPr>
                <w:rFonts w:cstheme="minorHAnsi"/>
                <w:lang w:val="hr-HR"/>
              </w:rPr>
              <w:t>Referent nabavke</w:t>
            </w:r>
          </w:p>
        </w:tc>
        <w:tc>
          <w:tcPr>
            <w:tcW w:w="3982" w:type="dxa"/>
            <w:tcBorders>
              <w:top w:val="single" w:sz="4" w:space="0" w:color="auto"/>
              <w:left w:val="single" w:sz="4" w:space="0" w:color="auto"/>
              <w:bottom w:val="single" w:sz="4" w:space="0" w:color="auto"/>
              <w:right w:val="single" w:sz="4" w:space="0" w:color="auto"/>
            </w:tcBorders>
            <w:vAlign w:val="center"/>
          </w:tcPr>
          <w:p w14:paraId="1D508BB8" w14:textId="77777777" w:rsidR="003A06F0" w:rsidRPr="003A06F0" w:rsidRDefault="003A06F0" w:rsidP="003A06F0">
            <w:pPr>
              <w:tabs>
                <w:tab w:val="left" w:pos="10490"/>
              </w:tabs>
              <w:ind w:right="142"/>
              <w:rPr>
                <w:rFonts w:cstheme="minorHAnsi"/>
                <w:lang w:val="hr-HR"/>
              </w:rPr>
            </w:pPr>
            <w:r w:rsidRPr="003A06F0">
              <w:rPr>
                <w:rFonts w:cstheme="minorHAnsi"/>
                <w:lang w:val="hr-HR"/>
              </w:rPr>
              <w:t>Sektor zajedničkih službi</w:t>
            </w:r>
          </w:p>
        </w:tc>
        <w:tc>
          <w:tcPr>
            <w:tcW w:w="1634" w:type="dxa"/>
            <w:tcBorders>
              <w:top w:val="single" w:sz="4" w:space="0" w:color="auto"/>
              <w:left w:val="single" w:sz="4" w:space="0" w:color="auto"/>
              <w:bottom w:val="single" w:sz="4" w:space="0" w:color="auto"/>
              <w:right w:val="single" w:sz="4" w:space="0" w:color="auto"/>
            </w:tcBorders>
            <w:vAlign w:val="center"/>
          </w:tcPr>
          <w:p w14:paraId="360CCB9D" w14:textId="77777777" w:rsidR="003A06F0" w:rsidRPr="003A06F0" w:rsidRDefault="003A06F0" w:rsidP="003A06F0">
            <w:pPr>
              <w:tabs>
                <w:tab w:val="left" w:pos="10490"/>
              </w:tabs>
              <w:ind w:right="142"/>
              <w:jc w:val="center"/>
              <w:rPr>
                <w:rFonts w:cstheme="minorHAnsi"/>
                <w:lang w:val="hr-HR"/>
              </w:rPr>
            </w:pPr>
            <w:r w:rsidRPr="003A06F0">
              <w:rPr>
                <w:rFonts w:cstheme="minorHAnsi"/>
                <w:lang w:val="hr-HR"/>
              </w:rPr>
              <w:t>1</w:t>
            </w:r>
          </w:p>
        </w:tc>
      </w:tr>
      <w:tr w:rsidR="003A06F0" w:rsidRPr="003A06F0" w14:paraId="11D0DA1A" w14:textId="77777777" w:rsidTr="00D34EAF">
        <w:trPr>
          <w:trHeight w:val="121"/>
        </w:trPr>
        <w:tc>
          <w:tcPr>
            <w:tcW w:w="884" w:type="dxa"/>
            <w:tcBorders>
              <w:top w:val="single" w:sz="4" w:space="0" w:color="auto"/>
              <w:left w:val="single" w:sz="4" w:space="0" w:color="auto"/>
              <w:bottom w:val="single" w:sz="4" w:space="0" w:color="auto"/>
              <w:right w:val="single" w:sz="4" w:space="0" w:color="auto"/>
            </w:tcBorders>
            <w:vAlign w:val="center"/>
          </w:tcPr>
          <w:p w14:paraId="34D1C313" w14:textId="77777777" w:rsidR="003A06F0" w:rsidRPr="003A06F0" w:rsidRDefault="003A06F0" w:rsidP="003A06F0">
            <w:pPr>
              <w:pStyle w:val="ListParagraph"/>
              <w:numPr>
                <w:ilvl w:val="0"/>
                <w:numId w:val="11"/>
              </w:numPr>
              <w:tabs>
                <w:tab w:val="left" w:pos="10490"/>
              </w:tabs>
              <w:ind w:right="142"/>
              <w:jc w:val="both"/>
              <w:rPr>
                <w:rFonts w:cstheme="minorHAnsi"/>
                <w:bCs/>
                <w:lang w:val="hr-HR"/>
              </w:rPr>
            </w:pPr>
          </w:p>
        </w:tc>
        <w:tc>
          <w:tcPr>
            <w:tcW w:w="3244" w:type="dxa"/>
            <w:tcBorders>
              <w:top w:val="single" w:sz="4" w:space="0" w:color="auto"/>
              <w:left w:val="single" w:sz="4" w:space="0" w:color="auto"/>
              <w:bottom w:val="single" w:sz="4" w:space="0" w:color="auto"/>
              <w:right w:val="single" w:sz="4" w:space="0" w:color="auto"/>
            </w:tcBorders>
            <w:vAlign w:val="center"/>
          </w:tcPr>
          <w:p w14:paraId="6E35773B" w14:textId="77777777" w:rsidR="003A06F0" w:rsidRPr="003A06F0" w:rsidRDefault="003A06F0" w:rsidP="003A06F0">
            <w:pPr>
              <w:tabs>
                <w:tab w:val="left" w:pos="10490"/>
              </w:tabs>
              <w:ind w:right="142"/>
              <w:rPr>
                <w:rFonts w:cstheme="minorHAnsi"/>
                <w:lang w:val="hr-HR"/>
              </w:rPr>
            </w:pPr>
            <w:r w:rsidRPr="003A06F0">
              <w:rPr>
                <w:rFonts w:cstheme="minorHAnsi"/>
                <w:lang w:val="hr-HR"/>
              </w:rPr>
              <w:t>Radnik/ca na obradi i izdavanju čistog veša</w:t>
            </w:r>
          </w:p>
        </w:tc>
        <w:tc>
          <w:tcPr>
            <w:tcW w:w="3982" w:type="dxa"/>
            <w:tcBorders>
              <w:top w:val="single" w:sz="4" w:space="0" w:color="auto"/>
              <w:left w:val="single" w:sz="4" w:space="0" w:color="auto"/>
              <w:bottom w:val="single" w:sz="4" w:space="0" w:color="auto"/>
              <w:right w:val="single" w:sz="4" w:space="0" w:color="auto"/>
            </w:tcBorders>
            <w:vAlign w:val="center"/>
          </w:tcPr>
          <w:p w14:paraId="142C0FA4" w14:textId="77777777" w:rsidR="003A06F0" w:rsidRPr="003A06F0" w:rsidRDefault="003A06F0" w:rsidP="003A06F0">
            <w:pPr>
              <w:tabs>
                <w:tab w:val="left" w:pos="10490"/>
              </w:tabs>
              <w:ind w:right="142"/>
              <w:rPr>
                <w:rFonts w:cstheme="minorHAnsi"/>
                <w:lang w:val="hr-HR"/>
              </w:rPr>
            </w:pPr>
            <w:r w:rsidRPr="003A06F0">
              <w:rPr>
                <w:rFonts w:cstheme="minorHAnsi"/>
                <w:lang w:val="hr-HR"/>
              </w:rPr>
              <w:t>Sektor zajedničkih službi, Služba za obradu i distribuciju bolničkog rublja</w:t>
            </w:r>
          </w:p>
        </w:tc>
        <w:tc>
          <w:tcPr>
            <w:tcW w:w="1634" w:type="dxa"/>
            <w:tcBorders>
              <w:top w:val="single" w:sz="4" w:space="0" w:color="auto"/>
              <w:left w:val="single" w:sz="4" w:space="0" w:color="auto"/>
              <w:bottom w:val="single" w:sz="4" w:space="0" w:color="auto"/>
              <w:right w:val="single" w:sz="4" w:space="0" w:color="auto"/>
            </w:tcBorders>
            <w:vAlign w:val="center"/>
          </w:tcPr>
          <w:p w14:paraId="7960CE22" w14:textId="77777777" w:rsidR="003A06F0" w:rsidRPr="003A06F0" w:rsidRDefault="003A06F0" w:rsidP="003A06F0">
            <w:pPr>
              <w:tabs>
                <w:tab w:val="left" w:pos="10490"/>
              </w:tabs>
              <w:ind w:right="142"/>
              <w:jc w:val="center"/>
              <w:rPr>
                <w:rFonts w:cstheme="minorHAnsi"/>
                <w:lang w:val="hr-HR"/>
              </w:rPr>
            </w:pPr>
            <w:r w:rsidRPr="003A06F0">
              <w:rPr>
                <w:rFonts w:cstheme="minorHAnsi"/>
                <w:lang w:val="hr-HR"/>
              </w:rPr>
              <w:t>1</w:t>
            </w:r>
          </w:p>
        </w:tc>
      </w:tr>
      <w:tr w:rsidR="00F02CF6" w:rsidRPr="003A06F0" w14:paraId="55B16BBF" w14:textId="77777777" w:rsidTr="00D34EAF">
        <w:trPr>
          <w:trHeight w:val="121"/>
        </w:trPr>
        <w:tc>
          <w:tcPr>
            <w:tcW w:w="884" w:type="dxa"/>
            <w:tcBorders>
              <w:top w:val="single" w:sz="4" w:space="0" w:color="auto"/>
              <w:left w:val="single" w:sz="4" w:space="0" w:color="auto"/>
              <w:bottom w:val="single" w:sz="4" w:space="0" w:color="auto"/>
              <w:right w:val="single" w:sz="4" w:space="0" w:color="auto"/>
            </w:tcBorders>
            <w:vAlign w:val="center"/>
          </w:tcPr>
          <w:p w14:paraId="144BD2B7" w14:textId="77777777" w:rsidR="00F02CF6" w:rsidRPr="003A06F0" w:rsidRDefault="00F02CF6" w:rsidP="00F02CF6">
            <w:pPr>
              <w:pStyle w:val="ListParagraph"/>
              <w:numPr>
                <w:ilvl w:val="0"/>
                <w:numId w:val="11"/>
              </w:numPr>
              <w:tabs>
                <w:tab w:val="left" w:pos="10490"/>
              </w:tabs>
              <w:ind w:right="142"/>
              <w:jc w:val="both"/>
              <w:rPr>
                <w:rFonts w:cstheme="minorHAnsi"/>
                <w:bCs/>
                <w:lang w:val="hr-HR"/>
              </w:rPr>
            </w:pPr>
          </w:p>
        </w:tc>
        <w:tc>
          <w:tcPr>
            <w:tcW w:w="3244" w:type="dxa"/>
            <w:tcBorders>
              <w:top w:val="single" w:sz="4" w:space="0" w:color="auto"/>
              <w:left w:val="single" w:sz="4" w:space="0" w:color="auto"/>
              <w:bottom w:val="single" w:sz="4" w:space="0" w:color="auto"/>
              <w:right w:val="single" w:sz="4" w:space="0" w:color="auto"/>
            </w:tcBorders>
            <w:vAlign w:val="center"/>
          </w:tcPr>
          <w:p w14:paraId="3BDF83F5" w14:textId="77777777" w:rsidR="00F02CF6" w:rsidRPr="003A06F0" w:rsidRDefault="00F02CF6" w:rsidP="00F02CF6">
            <w:pPr>
              <w:tabs>
                <w:tab w:val="left" w:pos="10490"/>
              </w:tabs>
              <w:ind w:right="142"/>
              <w:rPr>
                <w:rFonts w:cstheme="minorHAnsi"/>
                <w:lang w:val="hr-HR"/>
              </w:rPr>
            </w:pPr>
            <w:r w:rsidRPr="003A06F0">
              <w:rPr>
                <w:rFonts w:cstheme="minorHAnsi"/>
                <w:lang w:val="hr-HR"/>
              </w:rPr>
              <w:t>Radnik/ca na obradi nečistog veša</w:t>
            </w:r>
          </w:p>
        </w:tc>
        <w:tc>
          <w:tcPr>
            <w:tcW w:w="3982" w:type="dxa"/>
            <w:tcBorders>
              <w:top w:val="single" w:sz="4" w:space="0" w:color="auto"/>
              <w:left w:val="single" w:sz="4" w:space="0" w:color="auto"/>
              <w:bottom w:val="single" w:sz="4" w:space="0" w:color="auto"/>
              <w:right w:val="single" w:sz="4" w:space="0" w:color="auto"/>
            </w:tcBorders>
            <w:vAlign w:val="center"/>
          </w:tcPr>
          <w:p w14:paraId="08D620CE" w14:textId="60FDFBB6" w:rsidR="00F02CF6" w:rsidRPr="003A06F0" w:rsidRDefault="00F02CF6" w:rsidP="00F02CF6">
            <w:pPr>
              <w:tabs>
                <w:tab w:val="left" w:pos="10490"/>
              </w:tabs>
              <w:ind w:right="142"/>
              <w:rPr>
                <w:rFonts w:cstheme="minorHAnsi"/>
                <w:lang w:val="hr-HR"/>
              </w:rPr>
            </w:pPr>
            <w:r w:rsidRPr="003A06F0">
              <w:rPr>
                <w:rFonts w:cstheme="minorHAnsi"/>
                <w:lang w:val="hr-HR"/>
              </w:rPr>
              <w:t>Sektor zajedničkih službi, Služba za obradu i distribuciju bolničkog rublja</w:t>
            </w:r>
          </w:p>
        </w:tc>
        <w:tc>
          <w:tcPr>
            <w:tcW w:w="1634" w:type="dxa"/>
            <w:tcBorders>
              <w:top w:val="single" w:sz="4" w:space="0" w:color="auto"/>
              <w:left w:val="single" w:sz="4" w:space="0" w:color="auto"/>
              <w:bottom w:val="single" w:sz="4" w:space="0" w:color="auto"/>
              <w:right w:val="single" w:sz="4" w:space="0" w:color="auto"/>
            </w:tcBorders>
            <w:vAlign w:val="center"/>
          </w:tcPr>
          <w:p w14:paraId="19B5274D" w14:textId="0AAE6CA2" w:rsidR="00F02CF6" w:rsidRPr="003A06F0" w:rsidRDefault="00F02CF6" w:rsidP="00F02CF6">
            <w:pPr>
              <w:tabs>
                <w:tab w:val="left" w:pos="10490"/>
              </w:tabs>
              <w:ind w:right="142"/>
              <w:jc w:val="center"/>
              <w:rPr>
                <w:rFonts w:cstheme="minorHAnsi"/>
                <w:lang w:val="hr-HR"/>
              </w:rPr>
            </w:pPr>
            <w:r w:rsidRPr="003A06F0">
              <w:rPr>
                <w:rFonts w:cstheme="minorHAnsi"/>
                <w:lang w:val="hr-HR"/>
              </w:rPr>
              <w:t>1</w:t>
            </w:r>
          </w:p>
        </w:tc>
      </w:tr>
      <w:tr w:rsidR="00D34EAF" w:rsidRPr="003A06F0" w14:paraId="1C1B7BEC" w14:textId="77777777" w:rsidTr="00D34EAF">
        <w:trPr>
          <w:trHeight w:val="121"/>
        </w:trPr>
        <w:tc>
          <w:tcPr>
            <w:tcW w:w="884" w:type="dxa"/>
            <w:tcBorders>
              <w:top w:val="single" w:sz="4" w:space="0" w:color="auto"/>
              <w:left w:val="single" w:sz="4" w:space="0" w:color="auto"/>
              <w:bottom w:val="single" w:sz="4" w:space="0" w:color="auto"/>
              <w:right w:val="single" w:sz="4" w:space="0" w:color="auto"/>
            </w:tcBorders>
            <w:vAlign w:val="center"/>
          </w:tcPr>
          <w:p w14:paraId="4F320085" w14:textId="42A998CB" w:rsidR="00D34EAF" w:rsidRPr="003A06F0" w:rsidRDefault="00D34EAF" w:rsidP="00F02CF6">
            <w:pPr>
              <w:pStyle w:val="ListParagraph"/>
              <w:numPr>
                <w:ilvl w:val="0"/>
                <w:numId w:val="11"/>
              </w:numPr>
              <w:tabs>
                <w:tab w:val="left" w:pos="10490"/>
              </w:tabs>
              <w:ind w:right="142"/>
              <w:jc w:val="both"/>
              <w:rPr>
                <w:rFonts w:cstheme="minorHAnsi"/>
                <w:bCs/>
                <w:lang w:val="hr-HR"/>
              </w:rPr>
            </w:pPr>
          </w:p>
        </w:tc>
        <w:tc>
          <w:tcPr>
            <w:tcW w:w="3244" w:type="dxa"/>
            <w:tcBorders>
              <w:top w:val="single" w:sz="4" w:space="0" w:color="auto"/>
              <w:left w:val="single" w:sz="4" w:space="0" w:color="auto"/>
              <w:bottom w:val="single" w:sz="4" w:space="0" w:color="auto"/>
              <w:right w:val="single" w:sz="4" w:space="0" w:color="auto"/>
            </w:tcBorders>
            <w:vAlign w:val="center"/>
          </w:tcPr>
          <w:p w14:paraId="4C4AD6C4" w14:textId="08E06740" w:rsidR="00D34EAF" w:rsidRPr="003A06F0" w:rsidRDefault="00D34EAF" w:rsidP="00F02CF6">
            <w:pPr>
              <w:tabs>
                <w:tab w:val="left" w:pos="10490"/>
              </w:tabs>
              <w:ind w:right="142"/>
              <w:rPr>
                <w:rFonts w:cstheme="minorHAnsi"/>
                <w:lang w:val="hr-HR"/>
              </w:rPr>
            </w:pPr>
            <w:r>
              <w:rPr>
                <w:rFonts w:cstheme="minorHAnsi"/>
                <w:lang w:val="hr-HR"/>
              </w:rPr>
              <w:t>Knjigovođa stalnih sredstava</w:t>
            </w:r>
          </w:p>
        </w:tc>
        <w:tc>
          <w:tcPr>
            <w:tcW w:w="3982" w:type="dxa"/>
            <w:tcBorders>
              <w:top w:val="single" w:sz="4" w:space="0" w:color="auto"/>
              <w:left w:val="single" w:sz="4" w:space="0" w:color="auto"/>
              <w:bottom w:val="single" w:sz="4" w:space="0" w:color="auto"/>
              <w:right w:val="single" w:sz="4" w:space="0" w:color="auto"/>
            </w:tcBorders>
            <w:vAlign w:val="center"/>
          </w:tcPr>
          <w:p w14:paraId="6E1DFEFB" w14:textId="6F2D4F72" w:rsidR="00D34EAF" w:rsidRPr="003A06F0" w:rsidRDefault="00D34EAF" w:rsidP="00F02CF6">
            <w:pPr>
              <w:tabs>
                <w:tab w:val="left" w:pos="10490"/>
              </w:tabs>
              <w:ind w:right="142"/>
              <w:rPr>
                <w:rFonts w:cstheme="minorHAnsi"/>
                <w:lang w:val="hr-HR"/>
              </w:rPr>
            </w:pPr>
            <w:r w:rsidRPr="00C67A1D">
              <w:rPr>
                <w:rFonts w:cstheme="minorHAnsi"/>
                <w:lang w:val="hr-HR"/>
              </w:rPr>
              <w:t xml:space="preserve">Sektor za finansijske, knjigovodstvene i planske poslova - </w:t>
            </w:r>
            <w:r w:rsidRPr="003A06F0">
              <w:rPr>
                <w:rFonts w:cstheme="minorHAnsi"/>
                <w:lang w:val="hr-HR"/>
              </w:rPr>
              <w:t>Služba za</w:t>
            </w:r>
            <w:r>
              <w:rPr>
                <w:rFonts w:cstheme="minorHAnsi"/>
                <w:lang w:val="hr-HR"/>
              </w:rPr>
              <w:t xml:space="preserve"> knjigovodstvo</w:t>
            </w:r>
          </w:p>
        </w:tc>
        <w:tc>
          <w:tcPr>
            <w:tcW w:w="1634" w:type="dxa"/>
            <w:tcBorders>
              <w:top w:val="single" w:sz="4" w:space="0" w:color="auto"/>
              <w:left w:val="single" w:sz="4" w:space="0" w:color="auto"/>
              <w:bottom w:val="single" w:sz="4" w:space="0" w:color="auto"/>
              <w:right w:val="single" w:sz="4" w:space="0" w:color="auto"/>
            </w:tcBorders>
            <w:vAlign w:val="center"/>
          </w:tcPr>
          <w:p w14:paraId="0FCBE4F6" w14:textId="384DCA9A" w:rsidR="00D34EAF" w:rsidRPr="003A06F0" w:rsidRDefault="00D34EAF" w:rsidP="00F02CF6">
            <w:pPr>
              <w:tabs>
                <w:tab w:val="left" w:pos="10490"/>
              </w:tabs>
              <w:ind w:right="142"/>
              <w:jc w:val="center"/>
              <w:rPr>
                <w:rFonts w:cstheme="minorHAnsi"/>
                <w:lang w:val="hr-HR"/>
              </w:rPr>
            </w:pPr>
            <w:r>
              <w:rPr>
                <w:rFonts w:cstheme="minorHAnsi"/>
                <w:lang w:val="hr-HR"/>
              </w:rPr>
              <w:t>1</w:t>
            </w:r>
          </w:p>
        </w:tc>
      </w:tr>
    </w:tbl>
    <w:p w14:paraId="127F4FC3" w14:textId="77777777" w:rsidR="003A06F0" w:rsidRPr="003A06F0" w:rsidRDefault="003A06F0" w:rsidP="003A06F0">
      <w:pPr>
        <w:tabs>
          <w:tab w:val="left" w:pos="10490"/>
        </w:tabs>
        <w:spacing w:after="0"/>
        <w:ind w:right="142"/>
        <w:jc w:val="both"/>
        <w:rPr>
          <w:rFonts w:cstheme="minorHAnsi"/>
          <w:lang w:val="hr-HR"/>
        </w:rPr>
      </w:pPr>
    </w:p>
    <w:p w14:paraId="3923A95B" w14:textId="77777777" w:rsidR="003A06F0" w:rsidRPr="003A06F0" w:rsidRDefault="003A06F0" w:rsidP="003A06F0">
      <w:pPr>
        <w:tabs>
          <w:tab w:val="left" w:pos="10490"/>
        </w:tabs>
        <w:spacing w:after="0"/>
        <w:ind w:right="142"/>
        <w:jc w:val="both"/>
        <w:rPr>
          <w:rFonts w:cstheme="minorHAnsi"/>
          <w:lang w:val="hr-HR"/>
        </w:rPr>
      </w:pPr>
      <w:r w:rsidRPr="003A06F0">
        <w:rPr>
          <w:rFonts w:cstheme="minorHAnsi"/>
          <w:lang w:val="hr-HR"/>
        </w:rPr>
        <w:t>Prijem u radni odnos se vrši na neodređeno vrijeme, uz obavezan probni rad u trajanju od 3 (tri) mjeseca.</w:t>
      </w:r>
    </w:p>
    <w:p w14:paraId="2824E6C5" w14:textId="77777777" w:rsidR="003A06F0" w:rsidRPr="003A06F0" w:rsidRDefault="003A06F0" w:rsidP="003A06F0">
      <w:pPr>
        <w:tabs>
          <w:tab w:val="left" w:pos="10490"/>
        </w:tabs>
        <w:spacing w:after="0"/>
        <w:ind w:right="142"/>
        <w:jc w:val="both"/>
        <w:rPr>
          <w:rFonts w:cstheme="minorHAnsi"/>
          <w:lang w:val="hr-HR"/>
        </w:rPr>
      </w:pPr>
    </w:p>
    <w:p w14:paraId="2AB5DDD2"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lastRenderedPageBreak/>
        <w:t xml:space="preserve">Opis poslova radnog mjesta za koje se oglas raspisuje pod rednim brojem 1. : </w:t>
      </w:r>
    </w:p>
    <w:p w14:paraId="1E0B9B5B" w14:textId="77777777" w:rsidR="003A06F0" w:rsidRPr="003A06F0" w:rsidRDefault="003A06F0" w:rsidP="003A06F0">
      <w:pPr>
        <w:tabs>
          <w:tab w:val="num" w:pos="438"/>
        </w:tabs>
        <w:spacing w:after="0"/>
        <w:jc w:val="both"/>
        <w:rPr>
          <w:rFonts w:cstheme="minorHAnsi"/>
          <w:lang w:val="hr-HR"/>
        </w:rPr>
      </w:pPr>
      <w:r w:rsidRPr="00C67A1D">
        <w:rPr>
          <w:rFonts w:cstheme="minorHAnsi"/>
          <w:lang w:val="hr-HR"/>
        </w:rPr>
        <w:t xml:space="preserve">Djelokrug rada: </w:t>
      </w:r>
      <w:r w:rsidRPr="003A06F0">
        <w:rPr>
          <w:rFonts w:cstheme="minorHAnsi"/>
          <w:lang w:val="hr-HR"/>
        </w:rPr>
        <w:t>upravlja sanitetskim, kombinovanim, dostavnim i putničkim vozilom, kao i drugim vozilima po nalogu dispečera ili šefa Službe; dužan je da obavlja vožnje po nalogu dispečera ili šefa Službe; vodi evidenciju putnih naloga i čitko ih popunjava sa slijedećim podacima: vrijeme primanja naloga vožnje, relacija kretanja i kilometraža vozila, broj prevezenih pacijenata; brine se o čistoći i ispravnosti vozila; brine se o vremenu i kilometraži za promjenu ulja u motoru, volanu i kočnicama; brine se o dokumentaciji vozila i o tehničkim i preventivnim pregledima vozila; odgovara za zadužene ključeve vozila kojim upravlja i za zaduženu mobilnu stanicu; obavlja i druge poslove iz domena Službe, a po nalogu šefa; Odgovornost: šefu Službe; stručna; materijalna</w:t>
      </w:r>
    </w:p>
    <w:p w14:paraId="3E53B246" w14:textId="77777777" w:rsidR="003A06F0" w:rsidRPr="00C67A1D" w:rsidRDefault="003A06F0" w:rsidP="003A06F0">
      <w:pPr>
        <w:keepNext/>
        <w:spacing w:after="0"/>
        <w:jc w:val="both"/>
        <w:outlineLvl w:val="3"/>
        <w:rPr>
          <w:rFonts w:cstheme="minorHAnsi"/>
          <w:bCs/>
          <w:lang w:val="hr-HR"/>
        </w:rPr>
      </w:pPr>
    </w:p>
    <w:p w14:paraId="2BEAF475"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Opis poslova radnog mjesta za koje se oglas raspisuje pod rednim brojem 2. : </w:t>
      </w:r>
    </w:p>
    <w:p w14:paraId="6FB0FBDA" w14:textId="77777777" w:rsidR="003A06F0" w:rsidRPr="00C67A1D" w:rsidRDefault="003A06F0" w:rsidP="003A06F0">
      <w:pPr>
        <w:spacing w:after="0"/>
        <w:jc w:val="both"/>
        <w:rPr>
          <w:rFonts w:cstheme="minorHAnsi"/>
          <w:lang w:val="hr-HR"/>
        </w:rPr>
      </w:pPr>
      <w:r w:rsidRPr="003A06F0">
        <w:rPr>
          <w:rFonts w:cstheme="minorHAnsi"/>
          <w:lang w:val="hr-HR"/>
        </w:rPr>
        <w:t xml:space="preserve">Djelokrug rada: </w:t>
      </w:r>
      <w:r w:rsidRPr="00C67A1D">
        <w:rPr>
          <w:rFonts w:cstheme="minorHAnsi"/>
          <w:lang w:val="hr-HR"/>
        </w:rPr>
        <w:t xml:space="preserve">obavlja sve administrativno-tehničke poslove za potrebe Službe za opće poslove i Organizacione jedinice u koju je raspoređen, prijem, otvaranje, umnožavanje, i raspoređivanje pošte, odnosno akata, zavođenje akata, združivanje akata, dostavljanje predmeta i akata u rad, rad s aktima, razvođenje predmeta i akata, rokovnik predmeta, otpremanje pošte, arhiviranje i čuvanje; na propisan način void knjige primljene iotpremljene pošte u OJ na kojoj je raspoređen; u okviru svojih ovlaštenja daje informacije i kontaktira sa strankama; vrši tehničku obradu materijala, selekciju i klasifikaciju po hitnosti i značaju; obavlja i druge poslove po nalogu šefa Službe i šefa OJ  na koju je raspoređen; </w:t>
      </w:r>
      <w:r w:rsidRPr="00C67A1D">
        <w:rPr>
          <w:rFonts w:cstheme="minorHAnsi"/>
          <w:bCs/>
          <w:lang w:val="hr-HR"/>
        </w:rPr>
        <w:t xml:space="preserve">Odgovornost : </w:t>
      </w:r>
      <w:r w:rsidRPr="00C67A1D">
        <w:rPr>
          <w:rFonts w:cstheme="minorHAnsi"/>
          <w:lang w:val="hr-HR"/>
        </w:rPr>
        <w:t xml:space="preserve">šefu Službe; stručna; materijalna. </w:t>
      </w:r>
    </w:p>
    <w:p w14:paraId="73BAC1BE" w14:textId="77777777" w:rsidR="003A06F0" w:rsidRPr="003A06F0" w:rsidRDefault="003A06F0" w:rsidP="003A06F0">
      <w:pPr>
        <w:tabs>
          <w:tab w:val="left" w:pos="10490"/>
        </w:tabs>
        <w:spacing w:after="0"/>
        <w:ind w:right="142"/>
        <w:jc w:val="both"/>
        <w:rPr>
          <w:rFonts w:cstheme="minorHAnsi"/>
          <w:b/>
          <w:lang w:val="hr-HR"/>
        </w:rPr>
      </w:pPr>
    </w:p>
    <w:p w14:paraId="5EA7976C"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Opis poslova radnog mjesta za koje se oglas raspisuje pod rednim brojem 3. : </w:t>
      </w:r>
    </w:p>
    <w:p w14:paraId="7D01D088" w14:textId="79A41825" w:rsidR="003A06F0" w:rsidRPr="003A06F0" w:rsidRDefault="003A06F0" w:rsidP="00D34EAF">
      <w:pPr>
        <w:spacing w:after="0"/>
        <w:jc w:val="both"/>
        <w:rPr>
          <w:rFonts w:cstheme="minorHAnsi"/>
          <w:b/>
          <w:lang w:val="hr-HR"/>
        </w:rPr>
      </w:pPr>
      <w:r w:rsidRPr="00C67A1D">
        <w:rPr>
          <w:rFonts w:cstheme="minorHAnsi"/>
          <w:bCs/>
          <w:lang w:val="hr-HR"/>
        </w:rPr>
        <w:t xml:space="preserve">Djelokrug rada: </w:t>
      </w:r>
      <w:r w:rsidRPr="00C67A1D">
        <w:rPr>
          <w:rFonts w:cstheme="minorHAnsi"/>
          <w:lang w:val="hr-HR"/>
        </w:rPr>
        <w:t>dnevno vođenje blagajničkog dnevnika, kontrola i ovjera specifikacija zdravstvenih usluga za pacijente koji su oslobođeni plaćanja, naplata zdravstvenih usluga za pacijente koji podliježu plaćanju zdravstvenih usluga a na osnovu propisane dokumentacije koja mora biti ovjerena od strane ovlaštenih lica  klinika, svakodnevno polaganje pazara blagajniku Centralne blagajnu, saradnja sa blagajnikom centralne blagajne.  Odgovornost: šefu Službe, stručna,  materijalna.</w:t>
      </w:r>
    </w:p>
    <w:p w14:paraId="49A9E7DE" w14:textId="77777777" w:rsidR="003A06F0" w:rsidRPr="003A06F0" w:rsidRDefault="003A06F0" w:rsidP="003A06F0">
      <w:pPr>
        <w:tabs>
          <w:tab w:val="left" w:pos="10490"/>
        </w:tabs>
        <w:spacing w:after="0"/>
        <w:ind w:right="142"/>
        <w:jc w:val="both"/>
        <w:rPr>
          <w:rFonts w:cstheme="minorHAnsi"/>
          <w:b/>
          <w:lang w:val="hr-HR"/>
        </w:rPr>
      </w:pPr>
    </w:p>
    <w:p w14:paraId="1631103C"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Opis poslova radnog mjesta za koje se oglas raspisuje pod rednim brojem 4. : </w:t>
      </w:r>
    </w:p>
    <w:p w14:paraId="73488671" w14:textId="77777777" w:rsidR="003A06F0" w:rsidRPr="003A06F0" w:rsidRDefault="003A06F0" w:rsidP="003A06F0">
      <w:pPr>
        <w:spacing w:after="0"/>
        <w:jc w:val="both"/>
        <w:rPr>
          <w:rFonts w:cstheme="minorHAnsi"/>
          <w:lang w:val="hr-HR"/>
        </w:rPr>
      </w:pPr>
      <w:r w:rsidRPr="00C67A1D">
        <w:rPr>
          <w:rFonts w:cstheme="minorHAnsi"/>
          <w:lang w:val="hr-HR"/>
        </w:rPr>
        <w:t xml:space="preserve">Djelokrug rada: </w:t>
      </w:r>
      <w:r w:rsidRPr="003A06F0">
        <w:rPr>
          <w:rFonts w:cstheme="minorHAnsi"/>
          <w:lang w:val="hr-HR"/>
        </w:rPr>
        <w:t xml:space="preserve">prima dokumentaciju o lijekovima i medicinskim materijalima (ulazna i izlazna dokumentacija); vrši unos podataka u informacioni sistem – evidencija ulaza lijekova i med.sredstava; kontrola kompletnosti dokumentacije, obrada i likvidacija ulaznih faktura; kompletira dokumentaciju; vrši kontrolu formalnu i materijalnu svih dokumenata o robama; vodi arhivira ulaznu i izlaznu dokumentaciju prometovanog materijala u Kliničkoj apoteci; </w:t>
      </w:r>
      <w:r w:rsidRPr="00C67A1D">
        <w:rPr>
          <w:rFonts w:cstheme="minorHAnsi"/>
          <w:lang w:val="hr-HR"/>
        </w:rPr>
        <w:t xml:space="preserve">obavlja i druge neophodne i stručne poslove za potrebe OJ; Odgovornost: za tačno izvršavanje svih zadataka djelokruga rada koje obavlja referent za kompletiranje dokumentacije za likvidaciju; </w:t>
      </w:r>
      <w:r w:rsidRPr="003A06F0">
        <w:rPr>
          <w:rFonts w:cstheme="minorHAnsi"/>
          <w:lang w:val="hr-HR"/>
        </w:rPr>
        <w:t>za uredno izdatu dokumentaciju; za čuvanje arhive; za blagovremenu dostavu dokumentacije u knjigovodstvo; za ispravnost dokumentacije; za imovinu sa kojom rukuje; za svoj rad odgovoran je šefu Službe; materijalna i stručna</w:t>
      </w:r>
    </w:p>
    <w:p w14:paraId="405A832E" w14:textId="77777777" w:rsidR="003A06F0" w:rsidRPr="003A06F0" w:rsidRDefault="003A06F0" w:rsidP="003A06F0">
      <w:pPr>
        <w:tabs>
          <w:tab w:val="left" w:pos="10490"/>
        </w:tabs>
        <w:spacing w:after="0"/>
        <w:ind w:right="142"/>
        <w:jc w:val="both"/>
        <w:rPr>
          <w:rFonts w:cstheme="minorHAnsi"/>
          <w:b/>
          <w:lang w:val="hr-HR"/>
        </w:rPr>
      </w:pPr>
    </w:p>
    <w:p w14:paraId="6B67455D" w14:textId="2E405ECF"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Opis poslova radnog mjesta za koje se oglas raspisuje pod rednim brojem 5. : </w:t>
      </w:r>
    </w:p>
    <w:p w14:paraId="73DCEFD3" w14:textId="77777777" w:rsidR="003A06F0" w:rsidRPr="00C67A1D" w:rsidRDefault="003A06F0" w:rsidP="003A06F0">
      <w:pPr>
        <w:spacing w:after="0"/>
        <w:jc w:val="both"/>
        <w:rPr>
          <w:rFonts w:cstheme="minorHAnsi"/>
          <w:lang w:val="hr-HR"/>
        </w:rPr>
      </w:pPr>
      <w:r w:rsidRPr="003A06F0">
        <w:rPr>
          <w:rFonts w:cstheme="minorHAnsi"/>
          <w:lang w:val="hr-HR"/>
        </w:rPr>
        <w:t xml:space="preserve">Djelokrug rada: provjera i obrada dokumentacije; unos i obrada podataka u IS; priprema i obračun plaća i drugih vanrednih obračuna; priprema i obračun refundacije bolovanja; obrada kreditnih zahtjeva te priprema potvrda o ličnim primanjima zaposlenika na osnovu zahtjeva; provođenje i kontrola obustava po osnovu sudskih rješenja i administrativnih zabrana; priprema obrazaca M-4 i M-8; priprema podataka i dokumentacije te saradnja sa institucijama (PU, PIO,  ZZO, banke i sl.) u okviru svog djelokruga rada; saradnja sa ostalim službama i OJ u okviru </w:t>
      </w:r>
      <w:r w:rsidRPr="003A06F0">
        <w:rPr>
          <w:rFonts w:cstheme="minorHAnsi"/>
          <w:lang w:val="hr-HR"/>
        </w:rPr>
        <w:lastRenderedPageBreak/>
        <w:t>djelokruga rada; priprema i dostavljanje podataka  Samostalnom stručnom saradniku u cilju sačinjavanja izvještaja; upoznavanje sa zakonskim propisima u okviru svog djelovanja rada radi obezbjeđenja zakonitosti rada; drugi poslovi vezani za lična primanja; uredno vođenje i arhiviranje dokumentacije; obavlja i druge poslove iz djelokruga rada Službe, a po nalogu šefa Službe; Odgovornost: šefu Službe; stručna; materijalna</w:t>
      </w:r>
    </w:p>
    <w:p w14:paraId="7DE97958" w14:textId="77777777" w:rsidR="003A06F0" w:rsidRPr="003A06F0" w:rsidRDefault="003A06F0" w:rsidP="003A06F0">
      <w:pPr>
        <w:tabs>
          <w:tab w:val="left" w:pos="10490"/>
        </w:tabs>
        <w:spacing w:after="0"/>
        <w:ind w:right="142"/>
        <w:jc w:val="both"/>
        <w:rPr>
          <w:rFonts w:cstheme="minorHAnsi"/>
          <w:b/>
          <w:lang w:val="hr-HR"/>
        </w:rPr>
      </w:pPr>
    </w:p>
    <w:p w14:paraId="00E12361"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Opis poslova radnog mjesta za koje se oglas raspisuje pod rednim brojem 6. : </w:t>
      </w:r>
    </w:p>
    <w:p w14:paraId="5816DDD5" w14:textId="77777777" w:rsidR="003A06F0" w:rsidRPr="00C67A1D" w:rsidRDefault="003A06F0" w:rsidP="003A06F0">
      <w:pPr>
        <w:pStyle w:val="NoSpacing"/>
        <w:jc w:val="both"/>
        <w:rPr>
          <w:rFonts w:cstheme="minorHAnsi"/>
          <w:noProof/>
          <w:lang w:val="hr-HR"/>
        </w:rPr>
      </w:pPr>
      <w:r w:rsidRPr="00C67A1D">
        <w:rPr>
          <w:rFonts w:cstheme="minorHAnsi"/>
          <w:shd w:val="clear" w:color="auto" w:fill="FFFFFF"/>
          <w:lang w:val="hr-HR"/>
        </w:rPr>
        <w:t xml:space="preserve">Djelokrug rada: korištenje informacionog sistema E-nabavke; objava Obavještenje o nabavci; objava Obavještenja o dodjeli; objava Obavještenja o poništenju; objava direktnih sporazuma; učestvuje u radu Komisije za javne nabavk eu svojstvu člana ili tehničkog sekretara Komisije; obavlja poslove tehničkog sekretara u komisijama za javnu nabavku; kompletiranje arhive; priprema prateću dokumentaciju u okviru postupaka javnih nabavki; </w:t>
      </w:r>
      <w:r w:rsidRPr="00C67A1D">
        <w:rPr>
          <w:rFonts w:cstheme="minorHAnsi"/>
          <w:noProof/>
          <w:lang w:val="hr-HR"/>
        </w:rPr>
        <w:t>Odgovornost: šefu Službe; stručna; materijalna</w:t>
      </w:r>
    </w:p>
    <w:p w14:paraId="00492AEC" w14:textId="77777777" w:rsidR="003A06F0" w:rsidRPr="003A06F0" w:rsidRDefault="003A06F0" w:rsidP="003A06F0">
      <w:pPr>
        <w:tabs>
          <w:tab w:val="left" w:pos="10490"/>
        </w:tabs>
        <w:spacing w:after="0"/>
        <w:ind w:right="142"/>
        <w:jc w:val="both"/>
        <w:rPr>
          <w:rFonts w:cstheme="minorHAnsi"/>
          <w:b/>
          <w:lang w:val="hr-HR"/>
        </w:rPr>
      </w:pPr>
    </w:p>
    <w:p w14:paraId="120045F3"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Opis poslova radnog mjesta za koje se oglas raspisuje pod rednim brojem 7. : </w:t>
      </w:r>
    </w:p>
    <w:p w14:paraId="2F88472F" w14:textId="77777777" w:rsidR="003A06F0" w:rsidRPr="003A06F0" w:rsidRDefault="003A06F0" w:rsidP="003A06F0">
      <w:pPr>
        <w:tabs>
          <w:tab w:val="num" w:pos="438"/>
        </w:tabs>
        <w:spacing w:after="0"/>
        <w:jc w:val="both"/>
        <w:rPr>
          <w:rFonts w:cstheme="minorHAnsi"/>
          <w:lang w:val="hr-HR"/>
        </w:rPr>
      </w:pPr>
      <w:r w:rsidRPr="003A06F0">
        <w:rPr>
          <w:rFonts w:cstheme="minorHAnsi"/>
          <w:lang w:val="hr-HR"/>
        </w:rPr>
        <w:t xml:space="preserve">Djelokrug rada: vrši serviranje pripremljene hrane i održava higijenu prostora, opreme i posuđa; pridržava se standarda Zakona o hrani i  Pravilnika o čuvanju  i deklarisanju namirnica; odgovara za higijensku ispravnost opreme i sredstava za rada; pravi radne naloge o preuzimanju obroka i namirnica; provjerava temperatura obroka prije porcionisanja i posluživanja; učestvuje u pranju i dezinfekciji opreme i sredstava za rad; vrši preuzimanje hrane iz Centralne kuhinje i dopremanje do čajnih kuhinja pri klinikama; pridržava se propisanih dijetalno -terapijskih režima prehrane pacijenata; obavlja pomoćne poslove u kuhinji; sarađuje sa glavnim odjeljenskim sestrama vezano za serviranje obroka pacijentima; obavlja i druge poslove iz djelokruga rada Službe, a po nalogu šefa Službe; Odgovornost: šefu Službe; stručna; materijalna </w:t>
      </w:r>
    </w:p>
    <w:p w14:paraId="1A1F97FF" w14:textId="77777777" w:rsidR="003A06F0" w:rsidRPr="003A06F0" w:rsidRDefault="003A06F0" w:rsidP="003A06F0">
      <w:pPr>
        <w:tabs>
          <w:tab w:val="left" w:pos="10490"/>
        </w:tabs>
        <w:spacing w:after="0"/>
        <w:ind w:right="142"/>
        <w:jc w:val="both"/>
        <w:rPr>
          <w:rFonts w:cstheme="minorHAnsi"/>
          <w:b/>
          <w:lang w:val="hr-HR"/>
        </w:rPr>
      </w:pPr>
    </w:p>
    <w:p w14:paraId="4916C6FC"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Opis poslova radnog mjesta za koje se oglas raspisuje pod rednim brojem 8. : </w:t>
      </w:r>
    </w:p>
    <w:p w14:paraId="09DC97FA" w14:textId="77777777" w:rsidR="003A06F0" w:rsidRPr="003A06F0" w:rsidRDefault="003A06F0" w:rsidP="003A06F0">
      <w:pPr>
        <w:tabs>
          <w:tab w:val="num" w:pos="438"/>
        </w:tabs>
        <w:spacing w:after="0"/>
        <w:jc w:val="both"/>
        <w:rPr>
          <w:rFonts w:cstheme="minorHAnsi"/>
          <w:lang w:val="hr-HR"/>
        </w:rPr>
      </w:pPr>
      <w:r w:rsidRPr="00C67A1D">
        <w:rPr>
          <w:rFonts w:cstheme="minorHAnsi"/>
          <w:lang w:val="hr-HR"/>
        </w:rPr>
        <w:t xml:space="preserve">Djelokrug rada: </w:t>
      </w:r>
      <w:r w:rsidRPr="003A06F0">
        <w:rPr>
          <w:rFonts w:cstheme="minorHAnsi"/>
          <w:lang w:val="hr-HR"/>
        </w:rPr>
        <w:t xml:space="preserve">vrši nabavku sitnog inventara, potrošnog materijala i raznih drugih roba  i usluga za potrebe KCUS; učestvuje u izradi tenderske dokumentacije; vrši provjeru da li  je nabavka izvršena; prati realizaciju nabavke; koordinira isporuku roba sa dobavljačima; vrši kontrolu prijema robe; koordinira isporuku roba sa dobavljačima; vrši kontrolu prijema robe; dostavlja račune na dalju kontrolu i isplatu; </w:t>
      </w:r>
      <w:r w:rsidRPr="00C67A1D">
        <w:rPr>
          <w:rFonts w:cstheme="minorHAnsi"/>
          <w:lang w:val="hr-HR"/>
        </w:rPr>
        <w:t xml:space="preserve">obavlja i druge poslove iz djelokrugu rada Sektora, a  po nalogu rukovodioca Sektora; </w:t>
      </w:r>
      <w:r w:rsidRPr="003A06F0">
        <w:rPr>
          <w:rFonts w:cstheme="minorHAnsi"/>
          <w:lang w:val="hr-HR"/>
        </w:rPr>
        <w:t>Odgovornost: rukovodiocu Sektora; stručna; materijalna</w:t>
      </w:r>
    </w:p>
    <w:p w14:paraId="6EBF10E8" w14:textId="77777777" w:rsidR="003A06F0" w:rsidRPr="003A06F0" w:rsidRDefault="003A06F0" w:rsidP="003A06F0">
      <w:pPr>
        <w:tabs>
          <w:tab w:val="left" w:pos="10490"/>
        </w:tabs>
        <w:spacing w:after="0"/>
        <w:ind w:right="142"/>
        <w:jc w:val="both"/>
        <w:rPr>
          <w:rFonts w:cstheme="minorHAnsi"/>
          <w:b/>
          <w:lang w:val="hr-HR"/>
        </w:rPr>
      </w:pPr>
    </w:p>
    <w:p w14:paraId="32F8923D"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Opis poslova radnog mjesta za koje se oglas raspisuje pod rednim brojem 9. : </w:t>
      </w:r>
    </w:p>
    <w:p w14:paraId="050EEEAD" w14:textId="77777777" w:rsidR="003A06F0" w:rsidRPr="00C67A1D" w:rsidRDefault="003A06F0" w:rsidP="003A06F0">
      <w:pPr>
        <w:pStyle w:val="NoSpacing"/>
        <w:jc w:val="both"/>
        <w:rPr>
          <w:rFonts w:cstheme="minorHAnsi"/>
          <w:noProof/>
          <w:lang w:val="hr-HR"/>
        </w:rPr>
      </w:pPr>
      <w:r w:rsidRPr="00C67A1D">
        <w:rPr>
          <w:rFonts w:cstheme="minorHAnsi"/>
          <w:noProof/>
          <w:lang w:val="hr-HR"/>
        </w:rPr>
        <w:t>Djelokrug rada: obavlja i nadzire poslove prijema, sortiranja i izdavanja čistog veša; vrši kontrolu rada postrojenja na čistoj strani; vodi evidenciju o količini prispjelog veša; obavlja i objedinjava evidenciju sortiranog i izdatog čistog veša po OJ; obavlja i druge poslove iz djelokruga rada Službe, a po nalogu šefa Službe.; Odgovornost:šefu Službe</w:t>
      </w:r>
    </w:p>
    <w:p w14:paraId="28E72563" w14:textId="77777777" w:rsidR="003A06F0" w:rsidRPr="003A06F0" w:rsidRDefault="003A06F0" w:rsidP="003A06F0">
      <w:pPr>
        <w:tabs>
          <w:tab w:val="left" w:pos="10490"/>
        </w:tabs>
        <w:spacing w:after="0"/>
        <w:ind w:right="142"/>
        <w:jc w:val="both"/>
        <w:rPr>
          <w:rFonts w:cstheme="minorHAnsi"/>
          <w:b/>
          <w:lang w:val="hr-HR"/>
        </w:rPr>
      </w:pPr>
    </w:p>
    <w:p w14:paraId="469205D4" w14:textId="1AA719D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Opis poslova radnog mjesta za koje se oglas raspisuje pod rednim brojem 10. : </w:t>
      </w:r>
    </w:p>
    <w:p w14:paraId="6AF67F10" w14:textId="77777777" w:rsidR="003A06F0" w:rsidRPr="003A06F0" w:rsidRDefault="003A06F0" w:rsidP="003A06F0">
      <w:pPr>
        <w:tabs>
          <w:tab w:val="num" w:pos="438"/>
        </w:tabs>
        <w:spacing w:after="0"/>
        <w:jc w:val="both"/>
        <w:rPr>
          <w:rFonts w:cstheme="minorHAnsi"/>
          <w:lang w:val="hr-HR"/>
        </w:rPr>
      </w:pPr>
      <w:r w:rsidRPr="003A06F0">
        <w:rPr>
          <w:rFonts w:cstheme="minorHAnsi"/>
          <w:lang w:val="hr-HR"/>
        </w:rPr>
        <w:t>Djelokrug rada: obavlja i nadzire poslove prijema, sortiranja i pranja nečistog veša; vrši kontrolu rada postrojenja za pranje veša; vodi evidenciju o količini primljenog veša; vodi evidenciju o količini infektivnog veša; radi planove o higijenskom održavanju postrojenja za pranje veša; vrši kontrolu upravljanja sa infektivnim vešom; obavlja i druge poslove iz djelokruga rada Službe, a po nalogu šefa Službe; Odgovornost: šefu Službe; stručna; materijalna</w:t>
      </w:r>
    </w:p>
    <w:p w14:paraId="3CB2100A" w14:textId="77777777" w:rsidR="00D34EAF" w:rsidRDefault="00D34EAF" w:rsidP="003A06F0">
      <w:pPr>
        <w:tabs>
          <w:tab w:val="left" w:pos="927"/>
        </w:tabs>
        <w:spacing w:after="0"/>
        <w:ind w:right="142"/>
        <w:jc w:val="both"/>
        <w:rPr>
          <w:rFonts w:cstheme="minorHAnsi"/>
          <w:b/>
          <w:lang w:val="hr-HR"/>
        </w:rPr>
      </w:pPr>
    </w:p>
    <w:p w14:paraId="10FFDC7D" w14:textId="77777777" w:rsidR="00D34EAF" w:rsidRDefault="00D34EAF" w:rsidP="003A06F0">
      <w:pPr>
        <w:tabs>
          <w:tab w:val="left" w:pos="927"/>
        </w:tabs>
        <w:spacing w:after="0"/>
        <w:ind w:right="142"/>
        <w:jc w:val="both"/>
        <w:rPr>
          <w:rFonts w:cstheme="minorHAnsi"/>
          <w:b/>
          <w:lang w:val="hr-HR"/>
        </w:rPr>
      </w:pPr>
    </w:p>
    <w:p w14:paraId="0D757BFB" w14:textId="09DE5983" w:rsidR="003A06F0" w:rsidRDefault="00D34EAF" w:rsidP="003A06F0">
      <w:pPr>
        <w:tabs>
          <w:tab w:val="left" w:pos="927"/>
        </w:tabs>
        <w:spacing w:after="0"/>
        <w:ind w:right="142"/>
        <w:jc w:val="both"/>
        <w:rPr>
          <w:rFonts w:cstheme="minorHAnsi"/>
          <w:b/>
          <w:lang w:val="hr-HR"/>
        </w:rPr>
      </w:pPr>
      <w:r w:rsidRPr="003A06F0">
        <w:rPr>
          <w:rFonts w:cstheme="minorHAnsi"/>
          <w:b/>
          <w:lang w:val="hr-HR"/>
        </w:rPr>
        <w:lastRenderedPageBreak/>
        <w:t>Opis poslova radnog mjesta za koje se oglas raspisuje pod rednim brojem 1</w:t>
      </w:r>
      <w:r>
        <w:rPr>
          <w:rFonts w:cstheme="minorHAnsi"/>
          <w:b/>
          <w:lang w:val="hr-HR"/>
        </w:rPr>
        <w:t>1</w:t>
      </w:r>
      <w:r w:rsidRPr="003A06F0">
        <w:rPr>
          <w:rFonts w:cstheme="minorHAnsi"/>
          <w:b/>
          <w:lang w:val="hr-HR"/>
        </w:rPr>
        <w:t>. :</w:t>
      </w:r>
      <w:r w:rsidR="003A06F0" w:rsidRPr="003A06F0">
        <w:rPr>
          <w:rFonts w:cstheme="minorHAnsi"/>
          <w:b/>
          <w:lang w:val="hr-HR"/>
        </w:rPr>
        <w:tab/>
      </w:r>
    </w:p>
    <w:p w14:paraId="62002629" w14:textId="48A088AB" w:rsidR="00D34EAF" w:rsidRPr="00326003" w:rsidRDefault="00D34EAF" w:rsidP="00D34EAF">
      <w:pPr>
        <w:jc w:val="both"/>
        <w:rPr>
          <w:lang w:val="hr-HR"/>
        </w:rPr>
      </w:pPr>
      <w:r w:rsidRPr="00326003">
        <w:rPr>
          <w:lang w:val="hr-HR"/>
        </w:rPr>
        <w:t>Djelokrug rada: pregled, kontrola i knjiženje ulaznih računa vezanih za knjiženje poslovnih promjena na građevinama, stalnim sredstvima i sitnom inventaru</w:t>
      </w:r>
      <w:r>
        <w:rPr>
          <w:lang w:val="hr-HR"/>
        </w:rPr>
        <w:t xml:space="preserve">; </w:t>
      </w:r>
      <w:r w:rsidRPr="00326003">
        <w:rPr>
          <w:lang w:val="hr-HR"/>
        </w:rPr>
        <w:t>knjiženje dokumentacije vezane za investiciona ulaganja (privremene i okončane situacije, ulazni računi)</w:t>
      </w:r>
      <w:r>
        <w:rPr>
          <w:lang w:val="hr-HR"/>
        </w:rPr>
        <w:t xml:space="preserve">; </w:t>
      </w:r>
      <w:r w:rsidRPr="00326003">
        <w:rPr>
          <w:lang w:val="hr-HR"/>
        </w:rPr>
        <w:t>vrši kreiranje inventurnih lista za potrebe redovnog godišnjeg popisa, kao i za potrebe vanrednih popisa</w:t>
      </w:r>
      <w:r>
        <w:rPr>
          <w:lang w:val="hr-HR"/>
        </w:rPr>
        <w:t xml:space="preserve">; </w:t>
      </w:r>
      <w:r w:rsidRPr="00326003">
        <w:rPr>
          <w:lang w:val="hr-HR"/>
        </w:rPr>
        <w:t>sravnjenje po inventurama, te knjiži eventualne viškove i manjkove na osnovu  odgovarajućih Odluka</w:t>
      </w:r>
      <w:r>
        <w:rPr>
          <w:lang w:val="hr-HR"/>
        </w:rPr>
        <w:t xml:space="preserve">; </w:t>
      </w:r>
      <w:r w:rsidRPr="00326003">
        <w:rPr>
          <w:lang w:val="hr-HR"/>
        </w:rPr>
        <w:t>saradnja s O.J. na pravilnom evidentiranju i zaduženju opreme na O.J.</w:t>
      </w:r>
      <w:r>
        <w:rPr>
          <w:lang w:val="hr-HR"/>
        </w:rPr>
        <w:t xml:space="preserve">; </w:t>
      </w:r>
      <w:r w:rsidRPr="00326003">
        <w:rPr>
          <w:lang w:val="hr-HR"/>
        </w:rPr>
        <w:t>klasificira, odlaže i čuva knjigovodstvenu dokumentaciju</w:t>
      </w:r>
      <w:r>
        <w:rPr>
          <w:lang w:val="hr-HR"/>
        </w:rPr>
        <w:t xml:space="preserve">; </w:t>
      </w:r>
      <w:r w:rsidRPr="00326003">
        <w:rPr>
          <w:lang w:val="hr-HR"/>
        </w:rPr>
        <w:t>radi ostale poslove za potrebe Službe , a po nalogu Šefa Služb</w:t>
      </w:r>
      <w:r>
        <w:rPr>
          <w:lang w:val="hr-HR"/>
        </w:rPr>
        <w:t xml:space="preserve">e; </w:t>
      </w:r>
      <w:r w:rsidRPr="00326003">
        <w:rPr>
          <w:lang w:val="hr-HR"/>
        </w:rPr>
        <w:t>Odgovornost:</w:t>
      </w:r>
      <w:r>
        <w:rPr>
          <w:lang w:val="hr-HR"/>
        </w:rPr>
        <w:t xml:space="preserve"> </w:t>
      </w:r>
      <w:r w:rsidRPr="00326003">
        <w:rPr>
          <w:lang w:val="hr-HR"/>
        </w:rPr>
        <w:t>šefu Službe</w:t>
      </w:r>
      <w:r>
        <w:rPr>
          <w:lang w:val="hr-HR"/>
        </w:rPr>
        <w:t xml:space="preserve">; </w:t>
      </w:r>
      <w:r w:rsidRPr="00326003">
        <w:rPr>
          <w:lang w:val="hr-HR"/>
        </w:rPr>
        <w:t>stručna</w:t>
      </w:r>
      <w:r>
        <w:rPr>
          <w:lang w:val="hr-HR"/>
        </w:rPr>
        <w:t xml:space="preserve">; </w:t>
      </w:r>
      <w:r w:rsidRPr="00326003">
        <w:rPr>
          <w:lang w:val="hr-HR"/>
        </w:rPr>
        <w:t>materijalna</w:t>
      </w:r>
      <w:r>
        <w:rPr>
          <w:lang w:val="hr-HR"/>
        </w:rPr>
        <w:t>.</w:t>
      </w:r>
    </w:p>
    <w:p w14:paraId="0767FBEA" w14:textId="77777777" w:rsidR="003A06F0" w:rsidRPr="003A06F0" w:rsidRDefault="003A06F0" w:rsidP="003A06F0">
      <w:pPr>
        <w:tabs>
          <w:tab w:val="left" w:pos="10490"/>
        </w:tabs>
        <w:spacing w:after="0"/>
        <w:ind w:right="142"/>
        <w:jc w:val="both"/>
        <w:rPr>
          <w:rFonts w:cstheme="minorHAnsi"/>
          <w:lang w:val="hr-HR"/>
        </w:rPr>
      </w:pPr>
      <w:r w:rsidRPr="003A06F0">
        <w:rPr>
          <w:rFonts w:cstheme="minorHAnsi"/>
          <w:lang w:val="hr-HR"/>
        </w:rPr>
        <w:t xml:space="preserve">Pored zakonom propisanih uslova za zasnivanje radnog odnosa kandidat treba da ispunjava i slijedeće uslove:    </w:t>
      </w:r>
    </w:p>
    <w:p w14:paraId="3B37EF4A" w14:textId="77777777" w:rsidR="003A06F0" w:rsidRPr="003A06F0" w:rsidRDefault="003A06F0" w:rsidP="003A06F0">
      <w:pPr>
        <w:pStyle w:val="ListParagraph"/>
        <w:tabs>
          <w:tab w:val="left" w:pos="10490"/>
        </w:tabs>
        <w:spacing w:after="0"/>
        <w:ind w:right="142"/>
        <w:rPr>
          <w:rFonts w:cstheme="minorHAnsi"/>
          <w:lang w:val="hr-HR"/>
        </w:rPr>
      </w:pPr>
    </w:p>
    <w:p w14:paraId="6BE3B4F5"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Uslovi za radno mjesto pod brojem 1.: </w:t>
      </w:r>
    </w:p>
    <w:p w14:paraId="19A21B5C" w14:textId="77777777" w:rsidR="003A06F0" w:rsidRPr="003A06F0" w:rsidRDefault="003A06F0" w:rsidP="003A06F0">
      <w:pPr>
        <w:pStyle w:val="ListParagraph"/>
        <w:numPr>
          <w:ilvl w:val="0"/>
          <w:numId w:val="10"/>
        </w:numPr>
        <w:spacing w:after="0" w:line="240" w:lineRule="auto"/>
        <w:rPr>
          <w:rFonts w:cstheme="minorHAnsi"/>
          <w:lang w:val="hr-HR"/>
        </w:rPr>
      </w:pPr>
      <w:r w:rsidRPr="003A06F0">
        <w:rPr>
          <w:rFonts w:cstheme="minorHAnsi"/>
          <w:lang w:val="hr-HR"/>
        </w:rPr>
        <w:t>KV vozač B ili C kategorije (III stepen) – saobraćajna škola</w:t>
      </w:r>
    </w:p>
    <w:p w14:paraId="7B0051BD" w14:textId="77777777" w:rsidR="003A06F0" w:rsidRPr="003A06F0" w:rsidRDefault="003A06F0" w:rsidP="003A06F0">
      <w:pPr>
        <w:pStyle w:val="ListParagraph"/>
        <w:numPr>
          <w:ilvl w:val="0"/>
          <w:numId w:val="10"/>
        </w:numPr>
        <w:spacing w:after="0" w:line="240" w:lineRule="auto"/>
        <w:rPr>
          <w:rFonts w:cstheme="minorHAnsi"/>
          <w:lang w:val="hr-HR"/>
        </w:rPr>
      </w:pPr>
      <w:r w:rsidRPr="003A06F0">
        <w:rPr>
          <w:rFonts w:cstheme="minorHAnsi"/>
          <w:lang w:val="hr-HR"/>
        </w:rPr>
        <w:t>6 mjeseci radnog iskustva u struci</w:t>
      </w:r>
    </w:p>
    <w:p w14:paraId="564CBE23" w14:textId="77777777" w:rsidR="003A06F0" w:rsidRPr="003A06F0" w:rsidRDefault="003A06F0" w:rsidP="003A06F0">
      <w:pPr>
        <w:tabs>
          <w:tab w:val="left" w:pos="10490"/>
        </w:tabs>
        <w:spacing w:after="0"/>
        <w:ind w:right="142"/>
        <w:jc w:val="both"/>
        <w:rPr>
          <w:rFonts w:cstheme="minorHAnsi"/>
          <w:lang w:val="hr-HR"/>
        </w:rPr>
      </w:pPr>
    </w:p>
    <w:p w14:paraId="592735EE"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Uslovi za radno mjesto pod brojem 2.: </w:t>
      </w:r>
    </w:p>
    <w:p w14:paraId="504CD6E8" w14:textId="77777777" w:rsidR="003A06F0" w:rsidRPr="003A06F0" w:rsidRDefault="003A06F0" w:rsidP="003A06F0">
      <w:pPr>
        <w:pStyle w:val="ListParagraph"/>
        <w:numPr>
          <w:ilvl w:val="0"/>
          <w:numId w:val="10"/>
        </w:numPr>
        <w:spacing w:after="0" w:line="240" w:lineRule="auto"/>
        <w:rPr>
          <w:rFonts w:cstheme="minorHAnsi"/>
          <w:lang w:val="hr-HR"/>
        </w:rPr>
      </w:pPr>
      <w:r w:rsidRPr="003A06F0">
        <w:rPr>
          <w:rFonts w:cstheme="minorHAnsi"/>
          <w:lang w:val="hr-HR"/>
        </w:rPr>
        <w:t>SSS (IV stepen)</w:t>
      </w:r>
    </w:p>
    <w:p w14:paraId="2EDD6E41" w14:textId="77777777" w:rsidR="003A06F0" w:rsidRPr="003A06F0" w:rsidRDefault="003A06F0" w:rsidP="003A06F0">
      <w:pPr>
        <w:pStyle w:val="ListParagraph"/>
        <w:numPr>
          <w:ilvl w:val="0"/>
          <w:numId w:val="10"/>
        </w:numPr>
        <w:spacing w:after="0" w:line="240" w:lineRule="auto"/>
        <w:rPr>
          <w:rFonts w:cstheme="minorHAnsi"/>
          <w:lang w:val="hr-HR"/>
        </w:rPr>
      </w:pPr>
      <w:r w:rsidRPr="003A06F0">
        <w:rPr>
          <w:rFonts w:cstheme="minorHAnsi"/>
          <w:lang w:val="hr-HR"/>
        </w:rPr>
        <w:t>6 mjeseci radnog iskustva na poslovima tehničkog sekretara</w:t>
      </w:r>
    </w:p>
    <w:p w14:paraId="7FDB83A2" w14:textId="77777777" w:rsidR="003A06F0" w:rsidRPr="003A06F0" w:rsidRDefault="003A06F0" w:rsidP="003A06F0">
      <w:pPr>
        <w:tabs>
          <w:tab w:val="left" w:pos="10490"/>
        </w:tabs>
        <w:spacing w:after="0"/>
        <w:ind w:right="142"/>
        <w:jc w:val="both"/>
        <w:rPr>
          <w:rFonts w:cstheme="minorHAnsi"/>
          <w:b/>
          <w:lang w:val="hr-HR"/>
        </w:rPr>
      </w:pPr>
    </w:p>
    <w:p w14:paraId="2355DDC2"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Uslovi za radno mjesto pod brojem 3.: </w:t>
      </w:r>
    </w:p>
    <w:p w14:paraId="3029115A" w14:textId="77777777" w:rsidR="003A06F0" w:rsidRPr="003A06F0" w:rsidRDefault="003A06F0" w:rsidP="003A06F0">
      <w:pPr>
        <w:pStyle w:val="ListParagraph"/>
        <w:numPr>
          <w:ilvl w:val="0"/>
          <w:numId w:val="12"/>
        </w:numPr>
        <w:spacing w:after="0" w:line="240" w:lineRule="auto"/>
        <w:jc w:val="both"/>
        <w:rPr>
          <w:rFonts w:cstheme="minorHAnsi"/>
          <w:b/>
          <w:lang w:val="hr-HR"/>
        </w:rPr>
      </w:pPr>
      <w:r w:rsidRPr="003A06F0">
        <w:rPr>
          <w:rFonts w:cstheme="minorHAnsi"/>
          <w:lang w:val="hr-HR"/>
        </w:rPr>
        <w:t>SSS Ekonomska škola /Gimnazija – IV stepen</w:t>
      </w:r>
    </w:p>
    <w:p w14:paraId="328B742D" w14:textId="77777777" w:rsidR="003A06F0" w:rsidRPr="003A06F0" w:rsidRDefault="003A06F0" w:rsidP="003A06F0">
      <w:pPr>
        <w:pStyle w:val="ListParagraph"/>
        <w:numPr>
          <w:ilvl w:val="0"/>
          <w:numId w:val="12"/>
        </w:numPr>
        <w:spacing w:after="0" w:line="240" w:lineRule="auto"/>
        <w:jc w:val="both"/>
        <w:rPr>
          <w:rFonts w:cstheme="minorHAnsi"/>
          <w:b/>
          <w:lang w:val="hr-HR"/>
        </w:rPr>
      </w:pPr>
      <w:r w:rsidRPr="003A06F0">
        <w:rPr>
          <w:rFonts w:cstheme="minorHAnsi"/>
          <w:lang w:val="hr-HR"/>
        </w:rPr>
        <w:t>6 mjeseci radnog iskustva  u struci</w:t>
      </w:r>
    </w:p>
    <w:p w14:paraId="2AF4AAF4" w14:textId="77777777" w:rsidR="003A06F0" w:rsidRPr="003A06F0" w:rsidRDefault="003A06F0" w:rsidP="003A06F0">
      <w:pPr>
        <w:pStyle w:val="ListParagraph"/>
        <w:numPr>
          <w:ilvl w:val="0"/>
          <w:numId w:val="12"/>
        </w:numPr>
        <w:spacing w:after="0" w:line="240" w:lineRule="auto"/>
        <w:jc w:val="both"/>
        <w:rPr>
          <w:rFonts w:cstheme="minorHAnsi"/>
          <w:b/>
          <w:lang w:val="hr-HR"/>
        </w:rPr>
      </w:pPr>
      <w:r w:rsidRPr="003A06F0">
        <w:rPr>
          <w:rFonts w:cstheme="minorHAnsi"/>
          <w:lang w:val="hr-HR"/>
        </w:rPr>
        <w:t>poznavanje rada na računaru</w:t>
      </w:r>
    </w:p>
    <w:p w14:paraId="074F2CDC" w14:textId="77777777" w:rsidR="003A06F0" w:rsidRPr="003A06F0" w:rsidRDefault="003A06F0" w:rsidP="003A06F0">
      <w:pPr>
        <w:tabs>
          <w:tab w:val="left" w:pos="10490"/>
        </w:tabs>
        <w:spacing w:after="0"/>
        <w:ind w:right="142"/>
        <w:jc w:val="both"/>
        <w:rPr>
          <w:rFonts w:cstheme="minorHAnsi"/>
          <w:b/>
          <w:lang w:val="hr-HR"/>
        </w:rPr>
      </w:pPr>
    </w:p>
    <w:p w14:paraId="03789BB6"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Uslovi za radno mjesto pod brojem 4.: </w:t>
      </w:r>
    </w:p>
    <w:p w14:paraId="44FA59E7" w14:textId="77777777" w:rsidR="003A06F0" w:rsidRPr="003A06F0" w:rsidRDefault="003A06F0" w:rsidP="003A06F0">
      <w:pPr>
        <w:pStyle w:val="ListParagraph"/>
        <w:numPr>
          <w:ilvl w:val="0"/>
          <w:numId w:val="12"/>
        </w:numPr>
        <w:spacing w:after="0" w:line="240" w:lineRule="auto"/>
        <w:jc w:val="both"/>
        <w:rPr>
          <w:rFonts w:cstheme="minorHAnsi"/>
          <w:b/>
          <w:lang w:val="hr-HR"/>
        </w:rPr>
      </w:pPr>
      <w:r w:rsidRPr="003A06F0">
        <w:rPr>
          <w:rFonts w:cstheme="minorHAnsi"/>
          <w:lang w:val="hr-HR"/>
        </w:rPr>
        <w:t>SSS Ekonomska škola /Gimnazija / Medicinska škola</w:t>
      </w:r>
    </w:p>
    <w:p w14:paraId="5357C304" w14:textId="77777777" w:rsidR="003A06F0" w:rsidRPr="003A06F0" w:rsidRDefault="003A06F0" w:rsidP="003A06F0">
      <w:pPr>
        <w:pStyle w:val="ListParagraph"/>
        <w:numPr>
          <w:ilvl w:val="0"/>
          <w:numId w:val="12"/>
        </w:numPr>
        <w:spacing w:after="0" w:line="240" w:lineRule="auto"/>
        <w:jc w:val="both"/>
        <w:rPr>
          <w:rFonts w:cstheme="minorHAnsi"/>
          <w:b/>
          <w:lang w:val="hr-HR"/>
        </w:rPr>
      </w:pPr>
      <w:r w:rsidRPr="003A06F0">
        <w:rPr>
          <w:rFonts w:cstheme="minorHAnsi"/>
          <w:lang w:val="hr-HR"/>
        </w:rPr>
        <w:t>1 godina radnog iskustva u struci na istim ili sličnim poslovima</w:t>
      </w:r>
    </w:p>
    <w:p w14:paraId="68E150F5" w14:textId="77777777" w:rsidR="003A06F0" w:rsidRPr="003A06F0" w:rsidRDefault="003A06F0" w:rsidP="003A06F0">
      <w:pPr>
        <w:pStyle w:val="ListParagraph"/>
        <w:numPr>
          <w:ilvl w:val="0"/>
          <w:numId w:val="12"/>
        </w:numPr>
        <w:spacing w:after="0" w:line="240" w:lineRule="auto"/>
        <w:jc w:val="both"/>
        <w:rPr>
          <w:rFonts w:cstheme="minorHAnsi"/>
          <w:b/>
          <w:lang w:val="hr-HR"/>
        </w:rPr>
      </w:pPr>
      <w:r w:rsidRPr="003A06F0">
        <w:rPr>
          <w:rFonts w:cstheme="minorHAnsi"/>
          <w:lang w:val="hr-HR"/>
        </w:rPr>
        <w:t>poznavanje rada na računaru</w:t>
      </w:r>
    </w:p>
    <w:p w14:paraId="26EBC569" w14:textId="77777777" w:rsidR="003A06F0" w:rsidRPr="003A06F0" w:rsidRDefault="003A06F0" w:rsidP="003A06F0">
      <w:pPr>
        <w:tabs>
          <w:tab w:val="left" w:pos="10490"/>
        </w:tabs>
        <w:spacing w:after="0"/>
        <w:ind w:right="142"/>
        <w:jc w:val="both"/>
        <w:rPr>
          <w:rFonts w:cstheme="minorHAnsi"/>
          <w:b/>
          <w:lang w:val="hr-HR"/>
        </w:rPr>
      </w:pPr>
    </w:p>
    <w:p w14:paraId="3E011108"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Uslovi za radno mjesto pod brojem 5.: </w:t>
      </w:r>
    </w:p>
    <w:p w14:paraId="49F7291C" w14:textId="77777777" w:rsidR="003A06F0" w:rsidRPr="003A06F0" w:rsidRDefault="003A06F0" w:rsidP="003A06F0">
      <w:pPr>
        <w:pStyle w:val="ListParagraph"/>
        <w:numPr>
          <w:ilvl w:val="0"/>
          <w:numId w:val="12"/>
        </w:numPr>
        <w:spacing w:after="0" w:line="240" w:lineRule="auto"/>
        <w:jc w:val="both"/>
        <w:rPr>
          <w:rFonts w:cstheme="minorHAnsi"/>
          <w:b/>
          <w:lang w:val="hr-HR"/>
        </w:rPr>
      </w:pPr>
      <w:r w:rsidRPr="003A06F0">
        <w:rPr>
          <w:rFonts w:cstheme="minorHAnsi"/>
          <w:lang w:val="hr-HR"/>
        </w:rPr>
        <w:t>SSS Ekonomski smjer /Gimnazija – IV stepen</w:t>
      </w:r>
    </w:p>
    <w:p w14:paraId="29F102C5" w14:textId="77777777" w:rsidR="003A06F0" w:rsidRPr="003A06F0" w:rsidRDefault="003A06F0" w:rsidP="003A06F0">
      <w:pPr>
        <w:pStyle w:val="ListParagraph"/>
        <w:numPr>
          <w:ilvl w:val="0"/>
          <w:numId w:val="12"/>
        </w:numPr>
        <w:spacing w:after="0" w:line="240" w:lineRule="auto"/>
        <w:jc w:val="both"/>
        <w:rPr>
          <w:rFonts w:cstheme="minorHAnsi"/>
          <w:b/>
          <w:lang w:val="hr-HR"/>
        </w:rPr>
      </w:pPr>
      <w:r w:rsidRPr="003A06F0">
        <w:rPr>
          <w:rFonts w:cstheme="minorHAnsi"/>
          <w:lang w:val="hr-HR"/>
        </w:rPr>
        <w:t>6 mjeseci radnog iskustva  u struci</w:t>
      </w:r>
    </w:p>
    <w:p w14:paraId="1E04131D" w14:textId="77777777" w:rsidR="003A06F0" w:rsidRPr="003A06F0" w:rsidRDefault="003A06F0" w:rsidP="003A06F0">
      <w:pPr>
        <w:tabs>
          <w:tab w:val="left" w:pos="10490"/>
        </w:tabs>
        <w:spacing w:after="0"/>
        <w:ind w:right="142"/>
        <w:jc w:val="both"/>
        <w:rPr>
          <w:rFonts w:cstheme="minorHAnsi"/>
          <w:b/>
          <w:lang w:val="hr-HR"/>
        </w:rPr>
      </w:pPr>
    </w:p>
    <w:p w14:paraId="1D5E0752"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Uslovi za radno mjesto pod brojem 6.: </w:t>
      </w:r>
    </w:p>
    <w:p w14:paraId="3B4B88B7" w14:textId="77777777" w:rsidR="003A06F0" w:rsidRPr="003A06F0" w:rsidRDefault="003A06F0" w:rsidP="003A06F0">
      <w:pPr>
        <w:pStyle w:val="ListParagraph"/>
        <w:numPr>
          <w:ilvl w:val="0"/>
          <w:numId w:val="10"/>
        </w:numPr>
        <w:spacing w:after="0" w:line="240" w:lineRule="auto"/>
        <w:rPr>
          <w:rFonts w:cstheme="minorHAnsi"/>
          <w:lang w:val="hr-HR"/>
        </w:rPr>
      </w:pPr>
      <w:r w:rsidRPr="003A06F0">
        <w:rPr>
          <w:rFonts w:cstheme="minorHAnsi"/>
          <w:lang w:val="hr-HR"/>
        </w:rPr>
        <w:t>SSS društvenog smjera IV stepen</w:t>
      </w:r>
    </w:p>
    <w:p w14:paraId="5BC8A999" w14:textId="77777777" w:rsidR="003A06F0" w:rsidRPr="003A06F0" w:rsidRDefault="003A06F0" w:rsidP="003A06F0">
      <w:pPr>
        <w:pStyle w:val="ListParagraph"/>
        <w:numPr>
          <w:ilvl w:val="0"/>
          <w:numId w:val="10"/>
        </w:numPr>
        <w:spacing w:after="0" w:line="240" w:lineRule="auto"/>
        <w:rPr>
          <w:rFonts w:cstheme="minorHAnsi"/>
          <w:lang w:val="hr-HR"/>
        </w:rPr>
      </w:pPr>
      <w:r w:rsidRPr="003A06F0">
        <w:rPr>
          <w:rFonts w:cstheme="minorHAnsi"/>
          <w:lang w:val="hr-HR"/>
        </w:rPr>
        <w:t>Najmanje 6 mjeseci radnog iskustva nakon sticanja srednje stručne spreme</w:t>
      </w:r>
    </w:p>
    <w:p w14:paraId="3C1F399C" w14:textId="77777777" w:rsidR="003A06F0" w:rsidRPr="003A06F0" w:rsidRDefault="003A06F0" w:rsidP="003A06F0">
      <w:pPr>
        <w:tabs>
          <w:tab w:val="left" w:pos="10490"/>
        </w:tabs>
        <w:spacing w:after="0"/>
        <w:ind w:right="142"/>
        <w:jc w:val="both"/>
        <w:rPr>
          <w:rFonts w:cstheme="minorHAnsi"/>
          <w:b/>
          <w:lang w:val="hr-HR"/>
        </w:rPr>
      </w:pPr>
    </w:p>
    <w:p w14:paraId="14F1E626"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Uslovi za radno mjesto pod brojem 7.: </w:t>
      </w:r>
    </w:p>
    <w:p w14:paraId="1F16F66E" w14:textId="77777777" w:rsidR="003A06F0" w:rsidRPr="003A06F0" w:rsidRDefault="003A06F0" w:rsidP="003A06F0">
      <w:pPr>
        <w:pStyle w:val="ListParagraph"/>
        <w:numPr>
          <w:ilvl w:val="0"/>
          <w:numId w:val="10"/>
        </w:numPr>
        <w:spacing w:after="0" w:line="240" w:lineRule="auto"/>
        <w:rPr>
          <w:rFonts w:cstheme="minorHAnsi"/>
          <w:lang w:val="hr-HR"/>
        </w:rPr>
      </w:pPr>
      <w:r w:rsidRPr="003A06F0">
        <w:rPr>
          <w:rFonts w:cstheme="minorHAnsi"/>
          <w:lang w:val="hr-HR"/>
        </w:rPr>
        <w:t xml:space="preserve">KV (III stepen) </w:t>
      </w:r>
    </w:p>
    <w:p w14:paraId="4EF89D65" w14:textId="77777777" w:rsidR="003A06F0" w:rsidRPr="003A06F0" w:rsidRDefault="003A06F0" w:rsidP="003A06F0">
      <w:pPr>
        <w:pStyle w:val="ListParagraph"/>
        <w:numPr>
          <w:ilvl w:val="0"/>
          <w:numId w:val="10"/>
        </w:numPr>
        <w:spacing w:after="0" w:line="240" w:lineRule="auto"/>
        <w:rPr>
          <w:rFonts w:cstheme="minorHAnsi"/>
          <w:lang w:val="hr-HR"/>
        </w:rPr>
      </w:pPr>
      <w:r w:rsidRPr="003A06F0">
        <w:rPr>
          <w:rFonts w:cstheme="minorHAnsi"/>
          <w:lang w:val="hr-HR"/>
        </w:rPr>
        <w:t>6 mjeseci radnog iskustva</w:t>
      </w:r>
    </w:p>
    <w:p w14:paraId="32BB17D0" w14:textId="77777777" w:rsidR="003A06F0" w:rsidRPr="003A06F0" w:rsidRDefault="003A06F0" w:rsidP="003A06F0">
      <w:pPr>
        <w:tabs>
          <w:tab w:val="left" w:pos="10490"/>
        </w:tabs>
        <w:spacing w:after="0"/>
        <w:ind w:right="142"/>
        <w:jc w:val="both"/>
        <w:rPr>
          <w:rFonts w:cstheme="minorHAnsi"/>
          <w:b/>
          <w:lang w:val="hr-HR"/>
        </w:rPr>
      </w:pPr>
    </w:p>
    <w:p w14:paraId="4E8D6486"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Uslovi za radno mjesto pod brojem 8.: </w:t>
      </w:r>
    </w:p>
    <w:p w14:paraId="215639FB" w14:textId="77777777" w:rsidR="003A06F0" w:rsidRPr="003A06F0" w:rsidRDefault="003A06F0" w:rsidP="003A06F0">
      <w:pPr>
        <w:pStyle w:val="ListParagraph"/>
        <w:numPr>
          <w:ilvl w:val="0"/>
          <w:numId w:val="10"/>
        </w:numPr>
        <w:spacing w:after="0" w:line="240" w:lineRule="auto"/>
        <w:rPr>
          <w:rFonts w:cstheme="minorHAnsi"/>
          <w:lang w:val="hr-HR"/>
        </w:rPr>
      </w:pPr>
      <w:r w:rsidRPr="003A06F0">
        <w:rPr>
          <w:rFonts w:cstheme="minorHAnsi"/>
          <w:lang w:val="hr-HR"/>
        </w:rPr>
        <w:t>SSS (IV stepen)</w:t>
      </w:r>
    </w:p>
    <w:p w14:paraId="03FB08BC" w14:textId="77777777" w:rsidR="003A06F0" w:rsidRPr="003A06F0" w:rsidRDefault="003A06F0" w:rsidP="003A06F0">
      <w:pPr>
        <w:pStyle w:val="ListParagraph"/>
        <w:numPr>
          <w:ilvl w:val="0"/>
          <w:numId w:val="10"/>
        </w:numPr>
        <w:spacing w:after="0" w:line="240" w:lineRule="auto"/>
        <w:rPr>
          <w:rFonts w:cstheme="minorHAnsi"/>
          <w:lang w:val="hr-HR"/>
        </w:rPr>
      </w:pPr>
      <w:r w:rsidRPr="003A06F0">
        <w:rPr>
          <w:rFonts w:cstheme="minorHAnsi"/>
          <w:lang w:val="hr-HR"/>
        </w:rPr>
        <w:t>6 mjeseci radnog iskustva u struci</w:t>
      </w:r>
    </w:p>
    <w:p w14:paraId="508AD0C3" w14:textId="77777777" w:rsidR="003A06F0" w:rsidRPr="003A06F0" w:rsidRDefault="003A06F0" w:rsidP="003A06F0">
      <w:pPr>
        <w:pStyle w:val="ListParagraph"/>
        <w:spacing w:after="0"/>
        <w:rPr>
          <w:rFonts w:cstheme="minorHAnsi"/>
          <w:lang w:val="hr-HR"/>
        </w:rPr>
      </w:pPr>
    </w:p>
    <w:p w14:paraId="5F3C38EB" w14:textId="77777777" w:rsidR="004B13FA" w:rsidRDefault="004B13FA" w:rsidP="003A06F0">
      <w:pPr>
        <w:tabs>
          <w:tab w:val="left" w:pos="10490"/>
        </w:tabs>
        <w:spacing w:after="0"/>
        <w:ind w:right="142"/>
        <w:jc w:val="both"/>
        <w:rPr>
          <w:rFonts w:cstheme="minorHAnsi"/>
          <w:b/>
          <w:lang w:val="hr-HR"/>
        </w:rPr>
      </w:pPr>
    </w:p>
    <w:p w14:paraId="7877B914" w14:textId="5173B6E4"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Uslovi za radno mjesto pod brojem 9.: </w:t>
      </w:r>
    </w:p>
    <w:p w14:paraId="24043837" w14:textId="77777777" w:rsidR="003A06F0" w:rsidRPr="003A06F0" w:rsidRDefault="003A06F0" w:rsidP="003A06F0">
      <w:pPr>
        <w:pStyle w:val="ListParagraph"/>
        <w:numPr>
          <w:ilvl w:val="0"/>
          <w:numId w:val="10"/>
        </w:numPr>
        <w:spacing w:after="0" w:line="240" w:lineRule="auto"/>
        <w:rPr>
          <w:rFonts w:cstheme="minorHAnsi"/>
          <w:lang w:val="hr-HR"/>
        </w:rPr>
      </w:pPr>
      <w:r w:rsidRPr="003A06F0">
        <w:rPr>
          <w:rFonts w:cstheme="minorHAnsi"/>
          <w:lang w:val="hr-HR"/>
        </w:rPr>
        <w:t>SSS (IV stepen)</w:t>
      </w:r>
    </w:p>
    <w:p w14:paraId="50ED6AE0" w14:textId="77777777" w:rsidR="003A06F0" w:rsidRPr="003A06F0" w:rsidRDefault="003A06F0" w:rsidP="003A06F0">
      <w:pPr>
        <w:pStyle w:val="ListParagraph"/>
        <w:numPr>
          <w:ilvl w:val="0"/>
          <w:numId w:val="10"/>
        </w:numPr>
        <w:spacing w:after="0" w:line="240" w:lineRule="auto"/>
        <w:rPr>
          <w:rFonts w:cstheme="minorHAnsi"/>
          <w:lang w:val="hr-HR"/>
        </w:rPr>
      </w:pPr>
      <w:r w:rsidRPr="003A06F0">
        <w:rPr>
          <w:rFonts w:cstheme="minorHAnsi"/>
          <w:lang w:val="hr-HR"/>
        </w:rPr>
        <w:t>6 mjeseci radnog iskustva</w:t>
      </w:r>
    </w:p>
    <w:p w14:paraId="3F29E57F" w14:textId="77777777" w:rsidR="003A06F0" w:rsidRPr="003A06F0" w:rsidRDefault="003A06F0" w:rsidP="003A06F0">
      <w:pPr>
        <w:tabs>
          <w:tab w:val="left" w:pos="10490"/>
        </w:tabs>
        <w:spacing w:after="0"/>
        <w:ind w:right="142"/>
        <w:jc w:val="both"/>
        <w:rPr>
          <w:rFonts w:cstheme="minorHAnsi"/>
          <w:b/>
          <w:lang w:val="hr-HR"/>
        </w:rPr>
      </w:pPr>
    </w:p>
    <w:p w14:paraId="455615F9"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Uslovi za radno mjesto pod brojem 10.: </w:t>
      </w:r>
    </w:p>
    <w:p w14:paraId="1295CD52" w14:textId="77777777" w:rsidR="003A06F0" w:rsidRPr="003A06F0" w:rsidRDefault="003A06F0" w:rsidP="003A06F0">
      <w:pPr>
        <w:pStyle w:val="ListParagraph"/>
        <w:numPr>
          <w:ilvl w:val="0"/>
          <w:numId w:val="10"/>
        </w:numPr>
        <w:spacing w:after="0" w:line="240" w:lineRule="auto"/>
        <w:rPr>
          <w:rFonts w:cstheme="minorHAnsi"/>
          <w:lang w:val="hr-HR"/>
        </w:rPr>
      </w:pPr>
      <w:r w:rsidRPr="003A06F0">
        <w:rPr>
          <w:rFonts w:cstheme="minorHAnsi"/>
          <w:lang w:val="hr-HR"/>
        </w:rPr>
        <w:t>SSS (IV stepen)</w:t>
      </w:r>
    </w:p>
    <w:p w14:paraId="17F290CB" w14:textId="77777777" w:rsidR="003A06F0" w:rsidRDefault="003A06F0" w:rsidP="003A06F0">
      <w:pPr>
        <w:pStyle w:val="ListParagraph"/>
        <w:numPr>
          <w:ilvl w:val="0"/>
          <w:numId w:val="10"/>
        </w:numPr>
        <w:spacing w:after="0" w:line="240" w:lineRule="auto"/>
        <w:rPr>
          <w:rFonts w:cstheme="minorHAnsi"/>
          <w:lang w:val="hr-HR"/>
        </w:rPr>
      </w:pPr>
      <w:r w:rsidRPr="003A06F0">
        <w:rPr>
          <w:rFonts w:cstheme="minorHAnsi"/>
          <w:lang w:val="hr-HR"/>
        </w:rPr>
        <w:t>6 mjeseci radnog iskustva</w:t>
      </w:r>
    </w:p>
    <w:p w14:paraId="70514898" w14:textId="77777777" w:rsidR="00D34EAF" w:rsidRPr="00D34EAF" w:rsidRDefault="00D34EAF" w:rsidP="00D34EAF">
      <w:pPr>
        <w:spacing w:after="0" w:line="240" w:lineRule="auto"/>
        <w:ind w:left="360"/>
        <w:rPr>
          <w:rFonts w:cstheme="minorHAnsi"/>
          <w:lang w:val="hr-HR"/>
        </w:rPr>
      </w:pPr>
    </w:p>
    <w:p w14:paraId="4F38B8E0" w14:textId="6B242F53" w:rsidR="00D34EAF" w:rsidRPr="003A06F0" w:rsidRDefault="00D34EAF" w:rsidP="00D34EAF">
      <w:pPr>
        <w:tabs>
          <w:tab w:val="left" w:pos="10490"/>
        </w:tabs>
        <w:spacing w:after="0"/>
        <w:ind w:right="142"/>
        <w:jc w:val="both"/>
        <w:rPr>
          <w:rFonts w:cstheme="minorHAnsi"/>
          <w:b/>
          <w:lang w:val="hr-HR"/>
        </w:rPr>
      </w:pPr>
      <w:r w:rsidRPr="003A06F0">
        <w:rPr>
          <w:rFonts w:cstheme="minorHAnsi"/>
          <w:b/>
          <w:lang w:val="hr-HR"/>
        </w:rPr>
        <w:t>Uslovi za radno mjesto pod brojem 1</w:t>
      </w:r>
      <w:r>
        <w:rPr>
          <w:rFonts w:cstheme="minorHAnsi"/>
          <w:b/>
          <w:lang w:val="hr-HR"/>
        </w:rPr>
        <w:t>1</w:t>
      </w:r>
      <w:r w:rsidRPr="003A06F0">
        <w:rPr>
          <w:rFonts w:cstheme="minorHAnsi"/>
          <w:b/>
          <w:lang w:val="hr-HR"/>
        </w:rPr>
        <w:t xml:space="preserve">.: </w:t>
      </w:r>
    </w:p>
    <w:p w14:paraId="4E1956C5" w14:textId="16306851" w:rsidR="00D34EAF" w:rsidRPr="003A06F0" w:rsidRDefault="00D34EAF" w:rsidP="00D34EAF">
      <w:pPr>
        <w:pStyle w:val="ListParagraph"/>
        <w:numPr>
          <w:ilvl w:val="0"/>
          <w:numId w:val="10"/>
        </w:numPr>
        <w:spacing w:after="0" w:line="240" w:lineRule="auto"/>
        <w:rPr>
          <w:rFonts w:cstheme="minorHAnsi"/>
          <w:lang w:val="hr-HR"/>
        </w:rPr>
      </w:pPr>
      <w:r w:rsidRPr="003A06F0">
        <w:rPr>
          <w:rFonts w:cstheme="minorHAnsi"/>
          <w:lang w:val="hr-HR"/>
        </w:rPr>
        <w:t>SSS</w:t>
      </w:r>
      <w:r w:rsidR="004B13FA">
        <w:rPr>
          <w:rFonts w:cstheme="minorHAnsi"/>
          <w:lang w:val="hr-HR"/>
        </w:rPr>
        <w:t xml:space="preserve"> Ekonomska škola / Gimnazija</w:t>
      </w:r>
      <w:r w:rsidRPr="003A06F0">
        <w:rPr>
          <w:rFonts w:cstheme="minorHAnsi"/>
          <w:lang w:val="hr-HR"/>
        </w:rPr>
        <w:t xml:space="preserve"> IV stepen</w:t>
      </w:r>
    </w:p>
    <w:p w14:paraId="3D22A4E6" w14:textId="07314F35" w:rsidR="00D34EAF" w:rsidRPr="003A06F0" w:rsidRDefault="00D34EAF" w:rsidP="00D34EAF">
      <w:pPr>
        <w:pStyle w:val="ListParagraph"/>
        <w:numPr>
          <w:ilvl w:val="0"/>
          <w:numId w:val="10"/>
        </w:numPr>
        <w:spacing w:after="0" w:line="240" w:lineRule="auto"/>
        <w:rPr>
          <w:rFonts w:cstheme="minorHAnsi"/>
          <w:lang w:val="hr-HR"/>
        </w:rPr>
      </w:pPr>
      <w:r w:rsidRPr="003A06F0">
        <w:rPr>
          <w:rFonts w:cstheme="minorHAnsi"/>
          <w:lang w:val="hr-HR"/>
        </w:rPr>
        <w:t>6 mjeseci radnog iskustva</w:t>
      </w:r>
      <w:r w:rsidR="004B13FA">
        <w:rPr>
          <w:rFonts w:cstheme="minorHAnsi"/>
          <w:lang w:val="hr-HR"/>
        </w:rPr>
        <w:t xml:space="preserve"> u struci</w:t>
      </w:r>
    </w:p>
    <w:p w14:paraId="120E7204" w14:textId="77777777" w:rsidR="00D34EAF" w:rsidRPr="003A06F0" w:rsidRDefault="00D34EAF" w:rsidP="003A06F0">
      <w:pPr>
        <w:tabs>
          <w:tab w:val="left" w:pos="10490"/>
        </w:tabs>
        <w:spacing w:after="0"/>
        <w:ind w:right="142"/>
        <w:jc w:val="both"/>
        <w:rPr>
          <w:rFonts w:cstheme="minorHAnsi"/>
          <w:b/>
          <w:lang w:val="hr-HR"/>
        </w:rPr>
      </w:pPr>
    </w:p>
    <w:p w14:paraId="73E192B4" w14:textId="77777777" w:rsidR="003A06F0" w:rsidRPr="003A06F0" w:rsidRDefault="003A06F0" w:rsidP="003A06F0">
      <w:pPr>
        <w:tabs>
          <w:tab w:val="left" w:pos="10490"/>
        </w:tabs>
        <w:spacing w:after="0"/>
        <w:ind w:right="142"/>
        <w:jc w:val="both"/>
        <w:rPr>
          <w:rFonts w:cstheme="minorHAnsi"/>
          <w:b/>
          <w:lang w:val="hr-HR"/>
        </w:rPr>
      </w:pPr>
      <w:r w:rsidRPr="003A06F0">
        <w:rPr>
          <w:rFonts w:cstheme="minorHAnsi"/>
          <w:b/>
          <w:lang w:val="hr-HR"/>
        </w:rPr>
        <w:t xml:space="preserve">Potrebno je da kandidati dostave slijedeću dokumentaciju: </w:t>
      </w:r>
    </w:p>
    <w:p w14:paraId="2FC608D7" w14:textId="77777777" w:rsidR="003A06F0" w:rsidRPr="003A06F0" w:rsidRDefault="003A06F0" w:rsidP="003A06F0">
      <w:pPr>
        <w:tabs>
          <w:tab w:val="left" w:pos="10490"/>
        </w:tabs>
        <w:spacing w:after="0"/>
        <w:ind w:right="142"/>
        <w:jc w:val="both"/>
        <w:rPr>
          <w:rFonts w:cstheme="minorHAnsi"/>
          <w:b/>
          <w:lang w:val="hr-HR"/>
        </w:rPr>
      </w:pPr>
    </w:p>
    <w:p w14:paraId="5B4DE6E9" w14:textId="77777777" w:rsidR="003A06F0" w:rsidRPr="003A06F0" w:rsidRDefault="003A06F0" w:rsidP="003A06F0">
      <w:pPr>
        <w:spacing w:after="0"/>
        <w:jc w:val="both"/>
        <w:rPr>
          <w:rFonts w:cstheme="minorHAnsi"/>
          <w:b/>
          <w:lang w:val="hr-HR"/>
        </w:rPr>
      </w:pPr>
      <w:r w:rsidRPr="003A06F0">
        <w:rPr>
          <w:rFonts w:cstheme="minorHAnsi"/>
          <w:b/>
          <w:lang w:val="hr-HR"/>
        </w:rPr>
        <w:t>Za radno mjesto pod brojem: 1</w:t>
      </w:r>
    </w:p>
    <w:p w14:paraId="56A06B6F" w14:textId="77777777" w:rsidR="003A06F0" w:rsidRPr="003A06F0" w:rsidRDefault="003A06F0" w:rsidP="003A06F0">
      <w:pPr>
        <w:spacing w:after="0"/>
        <w:jc w:val="both"/>
        <w:rPr>
          <w:rFonts w:cstheme="minorHAnsi"/>
          <w:lang w:val="hr-HR"/>
        </w:rPr>
      </w:pPr>
      <w:r w:rsidRPr="003A06F0">
        <w:rPr>
          <w:rFonts w:cstheme="minorHAnsi"/>
          <w:lang w:val="hr-HR"/>
        </w:rPr>
        <w:t xml:space="preserve">- Svojeručno potpisanu prijavu na javni oglas sa naznakom pozicije za koju aplicira </w:t>
      </w:r>
    </w:p>
    <w:p w14:paraId="634665A7" w14:textId="77777777" w:rsidR="003A06F0" w:rsidRPr="003A06F0" w:rsidRDefault="003A06F0" w:rsidP="003A06F0">
      <w:pPr>
        <w:spacing w:after="0"/>
        <w:rPr>
          <w:rFonts w:cstheme="minorHAnsi"/>
          <w:lang w:val="hr-HR"/>
        </w:rPr>
      </w:pPr>
      <w:r w:rsidRPr="003A06F0">
        <w:rPr>
          <w:rFonts w:cstheme="minorHAnsi"/>
          <w:lang w:val="hr-HR"/>
        </w:rPr>
        <w:t>- Kraća biografija</w:t>
      </w:r>
    </w:p>
    <w:p w14:paraId="1EB699D4" w14:textId="77777777" w:rsidR="003A06F0" w:rsidRPr="003A06F0" w:rsidRDefault="003A06F0" w:rsidP="003A06F0">
      <w:pPr>
        <w:spacing w:after="0"/>
        <w:jc w:val="both"/>
        <w:rPr>
          <w:rFonts w:cstheme="minorHAnsi"/>
          <w:b/>
          <w:lang w:val="hr-HR"/>
        </w:rPr>
      </w:pPr>
      <w:r w:rsidRPr="003A06F0">
        <w:rPr>
          <w:rFonts w:cstheme="minorHAnsi"/>
          <w:lang w:val="hr-HR"/>
        </w:rPr>
        <w:t xml:space="preserve">- Diploma o završenom  obrazovanju - </w:t>
      </w:r>
      <w:r w:rsidRPr="00C67A1D">
        <w:rPr>
          <w:rFonts w:cstheme="minorHAnsi"/>
          <w:lang w:val="hr-HR"/>
        </w:rPr>
        <w:t>KV ( III stepen) - Saobraćajna škola</w:t>
      </w:r>
    </w:p>
    <w:p w14:paraId="5E380B8B" w14:textId="77777777" w:rsidR="003A06F0" w:rsidRPr="003A06F0" w:rsidRDefault="003A06F0" w:rsidP="003A06F0">
      <w:pPr>
        <w:spacing w:after="0"/>
        <w:rPr>
          <w:rFonts w:cstheme="minorHAnsi"/>
          <w:lang w:val="hr-HR"/>
        </w:rPr>
      </w:pPr>
      <w:r w:rsidRPr="003A06F0">
        <w:rPr>
          <w:rFonts w:cstheme="minorHAnsi"/>
          <w:lang w:val="hr-HR"/>
        </w:rPr>
        <w:t>- Potvrda o radnom iskustvu u struci</w:t>
      </w:r>
    </w:p>
    <w:p w14:paraId="271FAFCF" w14:textId="77777777" w:rsidR="003A06F0" w:rsidRPr="003A06F0" w:rsidRDefault="003A06F0" w:rsidP="003A06F0">
      <w:pPr>
        <w:spacing w:after="0"/>
        <w:rPr>
          <w:rFonts w:cstheme="minorHAnsi"/>
          <w:lang w:val="hr-HR"/>
        </w:rPr>
      </w:pPr>
      <w:r w:rsidRPr="003A06F0">
        <w:rPr>
          <w:rFonts w:cstheme="minorHAnsi"/>
          <w:lang w:val="hr-HR"/>
        </w:rPr>
        <w:t>- Uvjerenje o državljanstvu</w:t>
      </w:r>
    </w:p>
    <w:p w14:paraId="05A869A6" w14:textId="77777777" w:rsidR="003A06F0" w:rsidRPr="003A06F0" w:rsidRDefault="003A06F0" w:rsidP="003A06F0">
      <w:pPr>
        <w:spacing w:after="0"/>
        <w:jc w:val="both"/>
        <w:rPr>
          <w:rFonts w:cstheme="minorHAnsi"/>
          <w:lang w:val="hr-HR"/>
        </w:rPr>
      </w:pPr>
      <w:r w:rsidRPr="003A06F0">
        <w:rPr>
          <w:rFonts w:cstheme="minorHAnsi"/>
          <w:lang w:val="hr-HR"/>
        </w:rPr>
        <w:t>- CIPS prijava</w:t>
      </w:r>
    </w:p>
    <w:p w14:paraId="28E9C9CA" w14:textId="77777777" w:rsidR="003A06F0" w:rsidRPr="003A06F0" w:rsidRDefault="003A06F0" w:rsidP="003A06F0">
      <w:pPr>
        <w:spacing w:after="0"/>
        <w:jc w:val="both"/>
        <w:rPr>
          <w:rFonts w:cstheme="minorHAnsi"/>
          <w:b/>
          <w:lang w:val="hr-HR"/>
        </w:rPr>
      </w:pPr>
    </w:p>
    <w:p w14:paraId="2BEF24F9" w14:textId="77777777" w:rsidR="003A06F0" w:rsidRPr="003A06F0" w:rsidRDefault="003A06F0" w:rsidP="003A06F0">
      <w:pPr>
        <w:spacing w:after="0"/>
        <w:jc w:val="both"/>
        <w:rPr>
          <w:rFonts w:cstheme="minorHAnsi"/>
          <w:b/>
          <w:lang w:val="hr-HR"/>
        </w:rPr>
      </w:pPr>
      <w:r w:rsidRPr="003A06F0">
        <w:rPr>
          <w:rFonts w:cstheme="minorHAnsi"/>
          <w:b/>
          <w:lang w:val="hr-HR"/>
        </w:rPr>
        <w:t>Za radno mjesto pod brojem: 2</w:t>
      </w:r>
    </w:p>
    <w:p w14:paraId="106A2F17" w14:textId="77777777" w:rsidR="003A06F0" w:rsidRPr="003A06F0" w:rsidRDefault="003A06F0" w:rsidP="003A06F0">
      <w:pPr>
        <w:spacing w:after="0"/>
        <w:jc w:val="both"/>
        <w:rPr>
          <w:rFonts w:cstheme="minorHAnsi"/>
          <w:lang w:val="hr-HR"/>
        </w:rPr>
      </w:pPr>
      <w:r w:rsidRPr="003A06F0">
        <w:rPr>
          <w:rFonts w:cstheme="minorHAnsi"/>
          <w:lang w:val="hr-HR"/>
        </w:rPr>
        <w:t xml:space="preserve">- Svojeručno potpisanu prijavu na javni oglas sa naznakom pozicije za koju aplicira </w:t>
      </w:r>
    </w:p>
    <w:p w14:paraId="549D3589" w14:textId="77777777" w:rsidR="003A06F0" w:rsidRPr="003A06F0" w:rsidRDefault="003A06F0" w:rsidP="003A06F0">
      <w:pPr>
        <w:spacing w:after="0"/>
        <w:rPr>
          <w:rFonts w:cstheme="minorHAnsi"/>
          <w:lang w:val="hr-HR"/>
        </w:rPr>
      </w:pPr>
      <w:r w:rsidRPr="003A06F0">
        <w:rPr>
          <w:rFonts w:cstheme="minorHAnsi"/>
          <w:lang w:val="hr-HR"/>
        </w:rPr>
        <w:t>- Kraća biografija</w:t>
      </w:r>
    </w:p>
    <w:p w14:paraId="2E1B9ABE" w14:textId="77777777" w:rsidR="003A06F0" w:rsidRPr="003A06F0" w:rsidRDefault="003A06F0" w:rsidP="003A06F0">
      <w:pPr>
        <w:spacing w:after="0"/>
        <w:jc w:val="both"/>
        <w:rPr>
          <w:rFonts w:cstheme="minorHAnsi"/>
          <w:b/>
          <w:lang w:val="hr-HR"/>
        </w:rPr>
      </w:pPr>
      <w:r w:rsidRPr="003A06F0">
        <w:rPr>
          <w:rFonts w:cstheme="minorHAnsi"/>
          <w:lang w:val="hr-HR"/>
        </w:rPr>
        <w:t xml:space="preserve">- Diploma o završenom  obrazovanju - </w:t>
      </w:r>
      <w:r w:rsidRPr="00C67A1D">
        <w:rPr>
          <w:rFonts w:cstheme="minorHAnsi"/>
          <w:lang w:val="hr-HR"/>
        </w:rPr>
        <w:t>SSS ( IV stepen)</w:t>
      </w:r>
    </w:p>
    <w:p w14:paraId="740C39EC" w14:textId="77777777" w:rsidR="003A06F0" w:rsidRPr="003A06F0" w:rsidRDefault="003A06F0" w:rsidP="003A06F0">
      <w:pPr>
        <w:spacing w:after="0"/>
        <w:rPr>
          <w:rFonts w:cstheme="minorHAnsi"/>
          <w:lang w:val="hr-HR"/>
        </w:rPr>
      </w:pPr>
      <w:r w:rsidRPr="003A06F0">
        <w:rPr>
          <w:rFonts w:cstheme="minorHAnsi"/>
          <w:lang w:val="hr-HR"/>
        </w:rPr>
        <w:t>- Potvrda o radnom iskustvu na poslovima tehničkog sekretara</w:t>
      </w:r>
    </w:p>
    <w:p w14:paraId="1416F6D7" w14:textId="77777777" w:rsidR="003A06F0" w:rsidRPr="003A06F0" w:rsidRDefault="003A06F0" w:rsidP="003A06F0">
      <w:pPr>
        <w:spacing w:after="0"/>
        <w:rPr>
          <w:rFonts w:cstheme="minorHAnsi"/>
          <w:lang w:val="hr-HR"/>
        </w:rPr>
      </w:pPr>
      <w:r w:rsidRPr="003A06F0">
        <w:rPr>
          <w:rFonts w:cstheme="minorHAnsi"/>
          <w:lang w:val="hr-HR"/>
        </w:rPr>
        <w:t>- Uvjerenje o državljanstvu</w:t>
      </w:r>
    </w:p>
    <w:p w14:paraId="5008635B" w14:textId="77777777" w:rsidR="003A06F0" w:rsidRPr="003A06F0" w:rsidRDefault="003A06F0" w:rsidP="003A06F0">
      <w:pPr>
        <w:spacing w:after="0"/>
        <w:jc w:val="both"/>
        <w:rPr>
          <w:rFonts w:cstheme="minorHAnsi"/>
          <w:lang w:val="hr-HR"/>
        </w:rPr>
      </w:pPr>
      <w:r w:rsidRPr="003A06F0">
        <w:rPr>
          <w:rFonts w:cstheme="minorHAnsi"/>
          <w:lang w:val="hr-HR"/>
        </w:rPr>
        <w:t>- CIPS prijava</w:t>
      </w:r>
    </w:p>
    <w:p w14:paraId="6CD87E4F" w14:textId="77777777" w:rsidR="003A06F0" w:rsidRPr="003A06F0" w:rsidRDefault="003A06F0" w:rsidP="003A06F0">
      <w:pPr>
        <w:spacing w:after="0"/>
        <w:jc w:val="both"/>
        <w:rPr>
          <w:rFonts w:cstheme="minorHAnsi"/>
          <w:b/>
          <w:lang w:val="hr-HR"/>
        </w:rPr>
      </w:pPr>
    </w:p>
    <w:p w14:paraId="48729E40" w14:textId="77777777" w:rsidR="003A06F0" w:rsidRPr="003A06F0" w:rsidRDefault="003A06F0" w:rsidP="003A06F0">
      <w:pPr>
        <w:spacing w:after="0"/>
        <w:jc w:val="both"/>
        <w:rPr>
          <w:rFonts w:cstheme="minorHAnsi"/>
          <w:b/>
          <w:lang w:val="hr-HR"/>
        </w:rPr>
      </w:pPr>
      <w:r w:rsidRPr="003A06F0">
        <w:rPr>
          <w:rFonts w:cstheme="minorHAnsi"/>
          <w:b/>
          <w:lang w:val="hr-HR"/>
        </w:rPr>
        <w:t>Za radno mjesto pod brojem: 3</w:t>
      </w:r>
    </w:p>
    <w:p w14:paraId="702DD956" w14:textId="77777777" w:rsidR="003A06F0" w:rsidRPr="003A06F0" w:rsidRDefault="003A06F0" w:rsidP="003A06F0">
      <w:pPr>
        <w:spacing w:after="0"/>
        <w:jc w:val="both"/>
        <w:rPr>
          <w:rFonts w:cstheme="minorHAnsi"/>
          <w:lang w:val="hr-HR"/>
        </w:rPr>
      </w:pPr>
      <w:r w:rsidRPr="003A06F0">
        <w:rPr>
          <w:rFonts w:cstheme="minorHAnsi"/>
          <w:lang w:val="hr-HR"/>
        </w:rPr>
        <w:t xml:space="preserve">- Svojeručno potpisanu prijavu na javni oglas sa naznakom pozicije za koju aplicira </w:t>
      </w:r>
    </w:p>
    <w:p w14:paraId="29F79B26" w14:textId="77777777" w:rsidR="003A06F0" w:rsidRPr="003A06F0" w:rsidRDefault="003A06F0" w:rsidP="003A06F0">
      <w:pPr>
        <w:spacing w:after="0"/>
        <w:rPr>
          <w:rFonts w:cstheme="minorHAnsi"/>
          <w:lang w:val="hr-HR"/>
        </w:rPr>
      </w:pPr>
      <w:r w:rsidRPr="003A06F0">
        <w:rPr>
          <w:rFonts w:cstheme="minorHAnsi"/>
          <w:lang w:val="hr-HR"/>
        </w:rPr>
        <w:t>- Kraća biografija</w:t>
      </w:r>
    </w:p>
    <w:p w14:paraId="1B07D1A8" w14:textId="77777777" w:rsidR="003A06F0" w:rsidRPr="003A06F0" w:rsidRDefault="003A06F0" w:rsidP="003A06F0">
      <w:pPr>
        <w:spacing w:after="0"/>
        <w:jc w:val="both"/>
        <w:rPr>
          <w:rFonts w:cstheme="minorHAnsi"/>
          <w:b/>
          <w:lang w:val="hr-HR"/>
        </w:rPr>
      </w:pPr>
      <w:r w:rsidRPr="003A06F0">
        <w:rPr>
          <w:rFonts w:cstheme="minorHAnsi"/>
          <w:lang w:val="hr-HR"/>
        </w:rPr>
        <w:t>- Diploma o završenom  obrazovanju - SSS Ekonomska škola /Gimnazija – IV stepen</w:t>
      </w:r>
    </w:p>
    <w:p w14:paraId="1602CD23" w14:textId="77777777" w:rsidR="003A06F0" w:rsidRPr="003A06F0" w:rsidRDefault="003A06F0" w:rsidP="003A06F0">
      <w:pPr>
        <w:spacing w:after="0"/>
        <w:rPr>
          <w:rFonts w:cstheme="minorHAnsi"/>
          <w:lang w:val="hr-HR"/>
        </w:rPr>
      </w:pPr>
      <w:r w:rsidRPr="003A06F0">
        <w:rPr>
          <w:rFonts w:cstheme="minorHAnsi"/>
          <w:lang w:val="hr-HR"/>
        </w:rPr>
        <w:t>- Potvrda o radnom iskustvu u struci</w:t>
      </w:r>
    </w:p>
    <w:p w14:paraId="0484668D" w14:textId="77777777" w:rsidR="003A06F0" w:rsidRPr="003A06F0" w:rsidRDefault="003A06F0" w:rsidP="003A06F0">
      <w:pPr>
        <w:spacing w:after="0"/>
        <w:rPr>
          <w:rFonts w:cstheme="minorHAnsi"/>
          <w:lang w:val="hr-HR"/>
        </w:rPr>
      </w:pPr>
      <w:r w:rsidRPr="003A06F0">
        <w:rPr>
          <w:rFonts w:cstheme="minorHAnsi"/>
          <w:lang w:val="hr-HR"/>
        </w:rPr>
        <w:t>- Potvrda o poznavanju rada na računaru</w:t>
      </w:r>
    </w:p>
    <w:p w14:paraId="665ED07D" w14:textId="77777777" w:rsidR="003A06F0" w:rsidRPr="003A06F0" w:rsidRDefault="003A06F0" w:rsidP="003A06F0">
      <w:pPr>
        <w:spacing w:after="0"/>
        <w:rPr>
          <w:rFonts w:cstheme="minorHAnsi"/>
          <w:lang w:val="hr-HR"/>
        </w:rPr>
      </w:pPr>
      <w:r w:rsidRPr="003A06F0">
        <w:rPr>
          <w:rFonts w:cstheme="minorHAnsi"/>
          <w:lang w:val="hr-HR"/>
        </w:rPr>
        <w:t>- Uvjerenje o državljanstvu</w:t>
      </w:r>
    </w:p>
    <w:p w14:paraId="5E713E20" w14:textId="77777777" w:rsidR="003A06F0" w:rsidRPr="003A06F0" w:rsidRDefault="003A06F0" w:rsidP="003A06F0">
      <w:pPr>
        <w:spacing w:after="0"/>
        <w:jc w:val="both"/>
        <w:rPr>
          <w:rFonts w:cstheme="minorHAnsi"/>
          <w:lang w:val="hr-HR"/>
        </w:rPr>
      </w:pPr>
      <w:r w:rsidRPr="003A06F0">
        <w:rPr>
          <w:rFonts w:cstheme="minorHAnsi"/>
          <w:lang w:val="hr-HR"/>
        </w:rPr>
        <w:t>- CIPS prijava</w:t>
      </w:r>
    </w:p>
    <w:p w14:paraId="39692EFD" w14:textId="77777777" w:rsidR="003A06F0" w:rsidRPr="003A06F0" w:rsidRDefault="003A06F0" w:rsidP="003A06F0">
      <w:pPr>
        <w:spacing w:after="0"/>
        <w:jc w:val="both"/>
        <w:rPr>
          <w:rFonts w:cstheme="minorHAnsi"/>
          <w:b/>
          <w:lang w:val="hr-HR"/>
        </w:rPr>
      </w:pPr>
    </w:p>
    <w:p w14:paraId="25E9DDAA" w14:textId="77777777" w:rsidR="004B13FA" w:rsidRDefault="004B13FA" w:rsidP="003A06F0">
      <w:pPr>
        <w:spacing w:after="0"/>
        <w:jc w:val="both"/>
        <w:rPr>
          <w:rFonts w:cstheme="minorHAnsi"/>
          <w:b/>
          <w:lang w:val="hr-HR"/>
        </w:rPr>
      </w:pPr>
    </w:p>
    <w:p w14:paraId="75D945E4" w14:textId="77777777" w:rsidR="004B13FA" w:rsidRDefault="004B13FA" w:rsidP="003A06F0">
      <w:pPr>
        <w:spacing w:after="0"/>
        <w:jc w:val="both"/>
        <w:rPr>
          <w:rFonts w:cstheme="minorHAnsi"/>
          <w:b/>
          <w:lang w:val="hr-HR"/>
        </w:rPr>
      </w:pPr>
    </w:p>
    <w:p w14:paraId="66C748E4" w14:textId="77777777" w:rsidR="004B13FA" w:rsidRDefault="004B13FA" w:rsidP="003A06F0">
      <w:pPr>
        <w:spacing w:after="0"/>
        <w:jc w:val="both"/>
        <w:rPr>
          <w:rFonts w:cstheme="minorHAnsi"/>
          <w:b/>
          <w:lang w:val="hr-HR"/>
        </w:rPr>
      </w:pPr>
    </w:p>
    <w:p w14:paraId="133C5FD4" w14:textId="2B5B4087" w:rsidR="003A06F0" w:rsidRPr="003A06F0" w:rsidRDefault="003A06F0" w:rsidP="003A06F0">
      <w:pPr>
        <w:spacing w:after="0"/>
        <w:jc w:val="both"/>
        <w:rPr>
          <w:rFonts w:cstheme="minorHAnsi"/>
          <w:b/>
          <w:lang w:val="hr-HR"/>
        </w:rPr>
      </w:pPr>
      <w:r w:rsidRPr="003A06F0">
        <w:rPr>
          <w:rFonts w:cstheme="minorHAnsi"/>
          <w:b/>
          <w:lang w:val="hr-HR"/>
        </w:rPr>
        <w:lastRenderedPageBreak/>
        <w:t>Za radno mjesto pod brojem: 4</w:t>
      </w:r>
    </w:p>
    <w:p w14:paraId="0E34F92C" w14:textId="77777777" w:rsidR="003A06F0" w:rsidRPr="003A06F0" w:rsidRDefault="003A06F0" w:rsidP="003A06F0">
      <w:pPr>
        <w:spacing w:after="0"/>
        <w:jc w:val="both"/>
        <w:rPr>
          <w:rFonts w:cstheme="minorHAnsi"/>
          <w:lang w:val="hr-HR"/>
        </w:rPr>
      </w:pPr>
      <w:r w:rsidRPr="003A06F0">
        <w:rPr>
          <w:rFonts w:cstheme="minorHAnsi"/>
          <w:lang w:val="hr-HR"/>
        </w:rPr>
        <w:t xml:space="preserve">- Svojeručno potpisanu prijavu na javni oglas sa naznakom pozicije za koju aplicira </w:t>
      </w:r>
    </w:p>
    <w:p w14:paraId="2147C675" w14:textId="77777777" w:rsidR="003A06F0" w:rsidRPr="003A06F0" w:rsidRDefault="003A06F0" w:rsidP="003A06F0">
      <w:pPr>
        <w:spacing w:after="0"/>
        <w:rPr>
          <w:rFonts w:cstheme="minorHAnsi"/>
          <w:lang w:val="hr-HR"/>
        </w:rPr>
      </w:pPr>
      <w:r w:rsidRPr="003A06F0">
        <w:rPr>
          <w:rFonts w:cstheme="minorHAnsi"/>
          <w:lang w:val="hr-HR"/>
        </w:rPr>
        <w:t>- Kraća biografija</w:t>
      </w:r>
    </w:p>
    <w:p w14:paraId="59953631" w14:textId="77777777" w:rsidR="003A06F0" w:rsidRPr="003A06F0" w:rsidRDefault="003A06F0" w:rsidP="003A06F0">
      <w:pPr>
        <w:spacing w:after="0"/>
        <w:jc w:val="both"/>
        <w:rPr>
          <w:rFonts w:cstheme="minorHAnsi"/>
          <w:b/>
          <w:lang w:val="hr-HR"/>
        </w:rPr>
      </w:pPr>
      <w:r w:rsidRPr="003A06F0">
        <w:rPr>
          <w:rFonts w:cstheme="minorHAnsi"/>
          <w:lang w:val="hr-HR"/>
        </w:rPr>
        <w:t>- Diploma o završenom  obrazovanju - SSS Ekonomska škola /Gimnazija / Medicinska škola</w:t>
      </w:r>
    </w:p>
    <w:p w14:paraId="4C4CDEC6" w14:textId="77777777" w:rsidR="003A06F0" w:rsidRPr="003A06F0" w:rsidRDefault="003A06F0" w:rsidP="003A06F0">
      <w:pPr>
        <w:spacing w:after="0"/>
        <w:rPr>
          <w:rFonts w:cstheme="minorHAnsi"/>
          <w:lang w:val="hr-HR"/>
        </w:rPr>
      </w:pPr>
      <w:r w:rsidRPr="003A06F0">
        <w:rPr>
          <w:rFonts w:cstheme="minorHAnsi"/>
          <w:lang w:val="hr-HR"/>
        </w:rPr>
        <w:t>- Potvrda o radnom iskustvu u struci na istim i sličnim poslovima</w:t>
      </w:r>
    </w:p>
    <w:p w14:paraId="3C0B3E20" w14:textId="77777777" w:rsidR="003A06F0" w:rsidRPr="003A06F0" w:rsidRDefault="003A06F0" w:rsidP="003A06F0">
      <w:pPr>
        <w:spacing w:after="0"/>
        <w:rPr>
          <w:rFonts w:cstheme="minorHAnsi"/>
          <w:lang w:val="hr-HR"/>
        </w:rPr>
      </w:pPr>
      <w:r w:rsidRPr="003A06F0">
        <w:rPr>
          <w:rFonts w:cstheme="minorHAnsi"/>
          <w:lang w:val="hr-HR"/>
        </w:rPr>
        <w:t>- Uvjerenje o državljanstvu</w:t>
      </w:r>
    </w:p>
    <w:p w14:paraId="165B368E" w14:textId="77777777" w:rsidR="003A06F0" w:rsidRPr="003A06F0" w:rsidRDefault="003A06F0" w:rsidP="003A06F0">
      <w:pPr>
        <w:spacing w:after="0"/>
        <w:jc w:val="both"/>
        <w:rPr>
          <w:rFonts w:cstheme="minorHAnsi"/>
          <w:lang w:val="hr-HR"/>
        </w:rPr>
      </w:pPr>
      <w:r w:rsidRPr="003A06F0">
        <w:rPr>
          <w:rFonts w:cstheme="minorHAnsi"/>
          <w:lang w:val="hr-HR"/>
        </w:rPr>
        <w:t>- CIPS prijava</w:t>
      </w:r>
    </w:p>
    <w:p w14:paraId="4448B2C3" w14:textId="77777777" w:rsidR="003A06F0" w:rsidRPr="003A06F0" w:rsidRDefault="003A06F0" w:rsidP="003A06F0">
      <w:pPr>
        <w:spacing w:after="0"/>
        <w:jc w:val="both"/>
        <w:rPr>
          <w:rFonts w:cstheme="minorHAnsi"/>
          <w:b/>
          <w:lang w:val="hr-HR"/>
        </w:rPr>
      </w:pPr>
    </w:p>
    <w:p w14:paraId="33FEC020" w14:textId="77777777" w:rsidR="003A06F0" w:rsidRPr="003A06F0" w:rsidRDefault="003A06F0" w:rsidP="003A06F0">
      <w:pPr>
        <w:spacing w:after="0"/>
        <w:jc w:val="both"/>
        <w:rPr>
          <w:rFonts w:cstheme="minorHAnsi"/>
          <w:b/>
          <w:lang w:val="hr-HR"/>
        </w:rPr>
      </w:pPr>
      <w:r w:rsidRPr="003A06F0">
        <w:rPr>
          <w:rFonts w:cstheme="minorHAnsi"/>
          <w:b/>
          <w:lang w:val="hr-HR"/>
        </w:rPr>
        <w:t>Za radno mjesto pod brojem: 5</w:t>
      </w:r>
    </w:p>
    <w:p w14:paraId="4F1D6AEF" w14:textId="77777777" w:rsidR="003A06F0" w:rsidRPr="003A06F0" w:rsidRDefault="003A06F0" w:rsidP="003A06F0">
      <w:pPr>
        <w:spacing w:after="0"/>
        <w:jc w:val="both"/>
        <w:rPr>
          <w:rFonts w:cstheme="minorHAnsi"/>
          <w:lang w:val="hr-HR"/>
        </w:rPr>
      </w:pPr>
      <w:r w:rsidRPr="003A06F0">
        <w:rPr>
          <w:rFonts w:cstheme="minorHAnsi"/>
          <w:lang w:val="hr-HR"/>
        </w:rPr>
        <w:t xml:space="preserve">- Svojeručno potpisanu prijavu na javni oglas sa naznakom pozicije za koju aplicira </w:t>
      </w:r>
    </w:p>
    <w:p w14:paraId="369C2E76" w14:textId="77777777" w:rsidR="003A06F0" w:rsidRPr="003A06F0" w:rsidRDefault="003A06F0" w:rsidP="003A06F0">
      <w:pPr>
        <w:spacing w:after="0"/>
        <w:rPr>
          <w:rFonts w:cstheme="minorHAnsi"/>
          <w:lang w:val="hr-HR"/>
        </w:rPr>
      </w:pPr>
      <w:r w:rsidRPr="003A06F0">
        <w:rPr>
          <w:rFonts w:cstheme="minorHAnsi"/>
          <w:lang w:val="hr-HR"/>
        </w:rPr>
        <w:t>- Kraća biografija</w:t>
      </w:r>
    </w:p>
    <w:p w14:paraId="20AF4454" w14:textId="77777777" w:rsidR="003A06F0" w:rsidRPr="003A06F0" w:rsidRDefault="003A06F0" w:rsidP="003A06F0">
      <w:pPr>
        <w:spacing w:after="0"/>
        <w:jc w:val="both"/>
        <w:rPr>
          <w:rFonts w:cstheme="minorHAnsi"/>
          <w:b/>
          <w:lang w:val="hr-HR"/>
        </w:rPr>
      </w:pPr>
      <w:r w:rsidRPr="003A06F0">
        <w:rPr>
          <w:rFonts w:cstheme="minorHAnsi"/>
          <w:lang w:val="hr-HR"/>
        </w:rPr>
        <w:t xml:space="preserve">- Diploma o završenom  obrazovanju – </w:t>
      </w:r>
      <w:r w:rsidRPr="00C67A1D">
        <w:rPr>
          <w:rFonts w:cstheme="minorHAnsi"/>
          <w:lang w:val="hr-HR"/>
        </w:rPr>
        <w:t>SSS Ekonomski smjer / Gimnazija IV stepen SSS</w:t>
      </w:r>
    </w:p>
    <w:p w14:paraId="7EDD0DB9" w14:textId="77777777" w:rsidR="003A06F0" w:rsidRPr="003A06F0" w:rsidRDefault="003A06F0" w:rsidP="003A06F0">
      <w:pPr>
        <w:spacing w:after="0"/>
        <w:rPr>
          <w:rFonts w:cstheme="minorHAnsi"/>
          <w:lang w:val="hr-HR"/>
        </w:rPr>
      </w:pPr>
      <w:r w:rsidRPr="003A06F0">
        <w:rPr>
          <w:rFonts w:cstheme="minorHAnsi"/>
          <w:lang w:val="hr-HR"/>
        </w:rPr>
        <w:t>- Potvrda o radnom iskustvu u struci</w:t>
      </w:r>
    </w:p>
    <w:p w14:paraId="01646FCA" w14:textId="77777777" w:rsidR="003A06F0" w:rsidRPr="003A06F0" w:rsidRDefault="003A06F0" w:rsidP="003A06F0">
      <w:pPr>
        <w:spacing w:after="0"/>
        <w:rPr>
          <w:rFonts w:cstheme="minorHAnsi"/>
          <w:lang w:val="hr-HR"/>
        </w:rPr>
      </w:pPr>
      <w:r w:rsidRPr="003A06F0">
        <w:rPr>
          <w:rFonts w:cstheme="minorHAnsi"/>
          <w:lang w:val="hr-HR"/>
        </w:rPr>
        <w:t>- Uvjerenje o državljanstvu</w:t>
      </w:r>
    </w:p>
    <w:p w14:paraId="05215C59" w14:textId="77777777" w:rsidR="003A06F0" w:rsidRPr="003A06F0" w:rsidRDefault="003A06F0" w:rsidP="003A06F0">
      <w:pPr>
        <w:spacing w:after="0"/>
        <w:jc w:val="both"/>
        <w:rPr>
          <w:rFonts w:cstheme="minorHAnsi"/>
          <w:lang w:val="hr-HR"/>
        </w:rPr>
      </w:pPr>
      <w:r w:rsidRPr="003A06F0">
        <w:rPr>
          <w:rFonts w:cstheme="minorHAnsi"/>
          <w:lang w:val="hr-HR"/>
        </w:rPr>
        <w:t>- CIPS prijava</w:t>
      </w:r>
    </w:p>
    <w:p w14:paraId="6BE06C24" w14:textId="77777777" w:rsidR="003A06F0" w:rsidRPr="003A06F0" w:rsidRDefault="003A06F0" w:rsidP="003A06F0">
      <w:pPr>
        <w:spacing w:after="0"/>
        <w:jc w:val="both"/>
        <w:rPr>
          <w:rFonts w:cstheme="minorHAnsi"/>
          <w:b/>
          <w:lang w:val="hr-HR"/>
        </w:rPr>
      </w:pPr>
    </w:p>
    <w:p w14:paraId="20B991C3" w14:textId="77777777" w:rsidR="003A06F0" w:rsidRPr="003A06F0" w:rsidRDefault="003A06F0" w:rsidP="003A06F0">
      <w:pPr>
        <w:spacing w:after="0"/>
        <w:jc w:val="both"/>
        <w:rPr>
          <w:rFonts w:cstheme="minorHAnsi"/>
          <w:b/>
          <w:lang w:val="hr-HR"/>
        </w:rPr>
      </w:pPr>
      <w:r w:rsidRPr="003A06F0">
        <w:rPr>
          <w:rFonts w:cstheme="minorHAnsi"/>
          <w:b/>
          <w:lang w:val="hr-HR"/>
        </w:rPr>
        <w:t>Za radno mjesto pod brojem: 6</w:t>
      </w:r>
    </w:p>
    <w:p w14:paraId="0A19B3EB" w14:textId="77777777" w:rsidR="003A06F0" w:rsidRPr="003A06F0" w:rsidRDefault="003A06F0" w:rsidP="003A06F0">
      <w:pPr>
        <w:spacing w:after="0"/>
        <w:jc w:val="both"/>
        <w:rPr>
          <w:rFonts w:cstheme="minorHAnsi"/>
          <w:lang w:val="hr-HR"/>
        </w:rPr>
      </w:pPr>
      <w:r w:rsidRPr="003A06F0">
        <w:rPr>
          <w:rFonts w:cstheme="minorHAnsi"/>
          <w:lang w:val="hr-HR"/>
        </w:rPr>
        <w:t xml:space="preserve">- Svojeručno potpisanu prijavu na javni oglas sa naznakom pozicije za koju aplicira </w:t>
      </w:r>
    </w:p>
    <w:p w14:paraId="1717FC31" w14:textId="77777777" w:rsidR="003A06F0" w:rsidRPr="003A06F0" w:rsidRDefault="003A06F0" w:rsidP="003A06F0">
      <w:pPr>
        <w:spacing w:after="0"/>
        <w:rPr>
          <w:rFonts w:cstheme="minorHAnsi"/>
          <w:lang w:val="hr-HR"/>
        </w:rPr>
      </w:pPr>
      <w:r w:rsidRPr="003A06F0">
        <w:rPr>
          <w:rFonts w:cstheme="minorHAnsi"/>
          <w:lang w:val="hr-HR"/>
        </w:rPr>
        <w:t>- Kraća biografija</w:t>
      </w:r>
    </w:p>
    <w:p w14:paraId="0E3291A9" w14:textId="77777777" w:rsidR="003A06F0" w:rsidRPr="003A06F0" w:rsidRDefault="003A06F0" w:rsidP="003A06F0">
      <w:pPr>
        <w:spacing w:after="0"/>
        <w:jc w:val="both"/>
        <w:rPr>
          <w:rFonts w:cstheme="minorHAnsi"/>
          <w:b/>
          <w:lang w:val="hr-HR"/>
        </w:rPr>
      </w:pPr>
      <w:r w:rsidRPr="003A06F0">
        <w:rPr>
          <w:rFonts w:cstheme="minorHAnsi"/>
          <w:lang w:val="hr-HR"/>
        </w:rPr>
        <w:t xml:space="preserve">- Diploma o završenom  obrazovanju – </w:t>
      </w:r>
      <w:r w:rsidRPr="00C67A1D">
        <w:rPr>
          <w:rFonts w:cstheme="minorHAnsi"/>
          <w:lang w:val="hr-HR"/>
        </w:rPr>
        <w:t>SSS društvenog smjera IV stepen</w:t>
      </w:r>
    </w:p>
    <w:p w14:paraId="450ABA2A" w14:textId="77777777" w:rsidR="003A06F0" w:rsidRPr="003A06F0" w:rsidRDefault="003A06F0" w:rsidP="003A06F0">
      <w:pPr>
        <w:spacing w:after="0"/>
        <w:rPr>
          <w:rFonts w:cstheme="minorHAnsi"/>
          <w:lang w:val="hr-HR"/>
        </w:rPr>
      </w:pPr>
      <w:r w:rsidRPr="003A06F0">
        <w:rPr>
          <w:rFonts w:cstheme="minorHAnsi"/>
          <w:lang w:val="hr-HR"/>
        </w:rPr>
        <w:t>- Potvrda o radnom iskustvu nakon sticanja srednje stručne spreme</w:t>
      </w:r>
    </w:p>
    <w:p w14:paraId="4794B8D2" w14:textId="77777777" w:rsidR="003A06F0" w:rsidRPr="003A06F0" w:rsidRDefault="003A06F0" w:rsidP="003A06F0">
      <w:pPr>
        <w:spacing w:after="0"/>
        <w:rPr>
          <w:rFonts w:cstheme="minorHAnsi"/>
          <w:lang w:val="hr-HR"/>
        </w:rPr>
      </w:pPr>
      <w:r w:rsidRPr="003A06F0">
        <w:rPr>
          <w:rFonts w:cstheme="minorHAnsi"/>
          <w:lang w:val="hr-HR"/>
        </w:rPr>
        <w:t>- Uvjerenje o državljanstvu</w:t>
      </w:r>
    </w:p>
    <w:p w14:paraId="2F8328C8" w14:textId="77777777" w:rsidR="003A06F0" w:rsidRPr="003A06F0" w:rsidRDefault="003A06F0" w:rsidP="003A06F0">
      <w:pPr>
        <w:spacing w:after="0"/>
        <w:jc w:val="both"/>
        <w:rPr>
          <w:rFonts w:cstheme="minorHAnsi"/>
          <w:lang w:val="hr-HR"/>
        </w:rPr>
      </w:pPr>
      <w:r w:rsidRPr="003A06F0">
        <w:rPr>
          <w:rFonts w:cstheme="minorHAnsi"/>
          <w:lang w:val="hr-HR"/>
        </w:rPr>
        <w:t>- CIPS prijava</w:t>
      </w:r>
    </w:p>
    <w:p w14:paraId="55C047FD" w14:textId="77777777" w:rsidR="003A06F0" w:rsidRPr="003A06F0" w:rsidRDefault="003A06F0" w:rsidP="003A06F0">
      <w:pPr>
        <w:spacing w:after="0"/>
        <w:jc w:val="both"/>
        <w:rPr>
          <w:rFonts w:cstheme="minorHAnsi"/>
          <w:b/>
          <w:lang w:val="hr-HR"/>
        </w:rPr>
      </w:pPr>
    </w:p>
    <w:p w14:paraId="4C968BC0" w14:textId="77777777" w:rsidR="003A06F0" w:rsidRPr="003A06F0" w:rsidRDefault="003A06F0" w:rsidP="003A06F0">
      <w:pPr>
        <w:spacing w:after="0"/>
        <w:jc w:val="both"/>
        <w:rPr>
          <w:rFonts w:cstheme="minorHAnsi"/>
          <w:b/>
          <w:lang w:val="hr-HR"/>
        </w:rPr>
      </w:pPr>
      <w:r w:rsidRPr="003A06F0">
        <w:rPr>
          <w:rFonts w:cstheme="minorHAnsi"/>
          <w:b/>
          <w:lang w:val="hr-HR"/>
        </w:rPr>
        <w:t>Za radno mjesto pod brojem: 7</w:t>
      </w:r>
    </w:p>
    <w:p w14:paraId="467C3298" w14:textId="77777777" w:rsidR="003A06F0" w:rsidRPr="003A06F0" w:rsidRDefault="003A06F0" w:rsidP="003A06F0">
      <w:pPr>
        <w:spacing w:after="0"/>
        <w:jc w:val="both"/>
        <w:rPr>
          <w:rFonts w:cstheme="minorHAnsi"/>
          <w:lang w:val="hr-HR"/>
        </w:rPr>
      </w:pPr>
      <w:r w:rsidRPr="003A06F0">
        <w:rPr>
          <w:rFonts w:cstheme="minorHAnsi"/>
          <w:lang w:val="hr-HR"/>
        </w:rPr>
        <w:t xml:space="preserve">- Svojeručno potpisanu prijavu na javni oglas sa naznakom pozicije za koju aplicira </w:t>
      </w:r>
    </w:p>
    <w:p w14:paraId="25ADD600" w14:textId="77777777" w:rsidR="003A06F0" w:rsidRPr="003A06F0" w:rsidRDefault="003A06F0" w:rsidP="003A06F0">
      <w:pPr>
        <w:spacing w:after="0"/>
        <w:rPr>
          <w:rFonts w:cstheme="minorHAnsi"/>
          <w:lang w:val="hr-HR"/>
        </w:rPr>
      </w:pPr>
      <w:r w:rsidRPr="003A06F0">
        <w:rPr>
          <w:rFonts w:cstheme="minorHAnsi"/>
          <w:lang w:val="hr-HR"/>
        </w:rPr>
        <w:t>- Kraća biografija</w:t>
      </w:r>
    </w:p>
    <w:p w14:paraId="18F77D3E" w14:textId="77777777" w:rsidR="003A06F0" w:rsidRPr="003A06F0" w:rsidRDefault="003A06F0" w:rsidP="003A06F0">
      <w:pPr>
        <w:spacing w:after="0"/>
        <w:jc w:val="both"/>
        <w:rPr>
          <w:rFonts w:cstheme="minorHAnsi"/>
          <w:b/>
          <w:lang w:val="hr-HR"/>
        </w:rPr>
      </w:pPr>
      <w:r w:rsidRPr="003A06F0">
        <w:rPr>
          <w:rFonts w:cstheme="minorHAnsi"/>
          <w:lang w:val="hr-HR"/>
        </w:rPr>
        <w:t xml:space="preserve">- Diploma o završenom  obrazovanju - </w:t>
      </w:r>
      <w:r w:rsidRPr="00C67A1D">
        <w:rPr>
          <w:rFonts w:cstheme="minorHAnsi"/>
          <w:lang w:val="hr-HR"/>
        </w:rPr>
        <w:t>KV ( III stepen)</w:t>
      </w:r>
    </w:p>
    <w:p w14:paraId="698C72B0" w14:textId="77777777" w:rsidR="003A06F0" w:rsidRPr="003A06F0" w:rsidRDefault="003A06F0" w:rsidP="003A06F0">
      <w:pPr>
        <w:spacing w:after="0"/>
        <w:rPr>
          <w:rFonts w:cstheme="minorHAnsi"/>
          <w:lang w:val="hr-HR"/>
        </w:rPr>
      </w:pPr>
      <w:r w:rsidRPr="003A06F0">
        <w:rPr>
          <w:rFonts w:cstheme="minorHAnsi"/>
          <w:lang w:val="hr-HR"/>
        </w:rPr>
        <w:t>- Potvrda o radnom iskustvu</w:t>
      </w:r>
    </w:p>
    <w:p w14:paraId="4C18A87F" w14:textId="77777777" w:rsidR="003A06F0" w:rsidRPr="003A06F0" w:rsidRDefault="003A06F0" w:rsidP="003A06F0">
      <w:pPr>
        <w:spacing w:after="0"/>
        <w:rPr>
          <w:rFonts w:cstheme="minorHAnsi"/>
          <w:lang w:val="hr-HR"/>
        </w:rPr>
      </w:pPr>
      <w:r w:rsidRPr="003A06F0">
        <w:rPr>
          <w:rFonts w:cstheme="minorHAnsi"/>
          <w:lang w:val="hr-HR"/>
        </w:rPr>
        <w:t>- Uvjerenje o državljanstvu</w:t>
      </w:r>
    </w:p>
    <w:p w14:paraId="6904F2D1" w14:textId="77777777" w:rsidR="003A06F0" w:rsidRPr="003A06F0" w:rsidRDefault="003A06F0" w:rsidP="003A06F0">
      <w:pPr>
        <w:spacing w:after="0"/>
        <w:jc w:val="both"/>
        <w:rPr>
          <w:rFonts w:cstheme="minorHAnsi"/>
          <w:lang w:val="hr-HR"/>
        </w:rPr>
      </w:pPr>
      <w:r w:rsidRPr="003A06F0">
        <w:rPr>
          <w:rFonts w:cstheme="minorHAnsi"/>
          <w:lang w:val="hr-HR"/>
        </w:rPr>
        <w:t>- CIPS prijava</w:t>
      </w:r>
    </w:p>
    <w:p w14:paraId="7DE41E3A" w14:textId="77777777" w:rsidR="003A06F0" w:rsidRPr="003A06F0" w:rsidRDefault="003A06F0" w:rsidP="003A06F0">
      <w:pPr>
        <w:spacing w:after="0"/>
        <w:jc w:val="both"/>
        <w:rPr>
          <w:rFonts w:cstheme="minorHAnsi"/>
          <w:b/>
          <w:lang w:val="hr-HR"/>
        </w:rPr>
      </w:pPr>
    </w:p>
    <w:p w14:paraId="3368A343" w14:textId="77777777" w:rsidR="003A06F0" w:rsidRPr="003A06F0" w:rsidRDefault="003A06F0" w:rsidP="003A06F0">
      <w:pPr>
        <w:spacing w:after="0"/>
        <w:jc w:val="both"/>
        <w:rPr>
          <w:rFonts w:cstheme="minorHAnsi"/>
          <w:b/>
          <w:lang w:val="hr-HR"/>
        </w:rPr>
      </w:pPr>
      <w:r w:rsidRPr="003A06F0">
        <w:rPr>
          <w:rFonts w:cstheme="minorHAnsi"/>
          <w:b/>
          <w:lang w:val="hr-HR"/>
        </w:rPr>
        <w:t>Za radno mjesto pod brojem: 8</w:t>
      </w:r>
    </w:p>
    <w:p w14:paraId="504C157C" w14:textId="77777777" w:rsidR="003A06F0" w:rsidRPr="003A06F0" w:rsidRDefault="003A06F0" w:rsidP="003A06F0">
      <w:pPr>
        <w:spacing w:after="0"/>
        <w:jc w:val="both"/>
        <w:rPr>
          <w:rFonts w:cstheme="minorHAnsi"/>
          <w:lang w:val="hr-HR"/>
        </w:rPr>
      </w:pPr>
      <w:r w:rsidRPr="003A06F0">
        <w:rPr>
          <w:rFonts w:cstheme="minorHAnsi"/>
          <w:lang w:val="hr-HR"/>
        </w:rPr>
        <w:t xml:space="preserve">- Svojeručno potpisanu prijavu na javni oglas sa naznakom pozicije za koju aplicira </w:t>
      </w:r>
    </w:p>
    <w:p w14:paraId="11E10F37" w14:textId="77777777" w:rsidR="003A06F0" w:rsidRPr="003A06F0" w:rsidRDefault="003A06F0" w:rsidP="003A06F0">
      <w:pPr>
        <w:spacing w:after="0"/>
        <w:rPr>
          <w:rFonts w:cstheme="minorHAnsi"/>
          <w:lang w:val="hr-HR"/>
        </w:rPr>
      </w:pPr>
      <w:r w:rsidRPr="003A06F0">
        <w:rPr>
          <w:rFonts w:cstheme="minorHAnsi"/>
          <w:lang w:val="hr-HR"/>
        </w:rPr>
        <w:t>- Kraća biografija</w:t>
      </w:r>
    </w:p>
    <w:p w14:paraId="02116A4E" w14:textId="77777777" w:rsidR="003A06F0" w:rsidRPr="003A06F0" w:rsidRDefault="003A06F0" w:rsidP="003A06F0">
      <w:pPr>
        <w:spacing w:after="0"/>
        <w:jc w:val="both"/>
        <w:rPr>
          <w:rFonts w:cstheme="minorHAnsi"/>
          <w:b/>
          <w:lang w:val="hr-HR"/>
        </w:rPr>
      </w:pPr>
      <w:r w:rsidRPr="003A06F0">
        <w:rPr>
          <w:rFonts w:cstheme="minorHAnsi"/>
          <w:lang w:val="hr-HR"/>
        </w:rPr>
        <w:t xml:space="preserve">- Diploma o završenom  obrazovanju - </w:t>
      </w:r>
      <w:r w:rsidRPr="00C67A1D">
        <w:rPr>
          <w:rFonts w:cstheme="minorHAnsi"/>
          <w:lang w:val="hr-HR"/>
        </w:rPr>
        <w:t>SSS ( IV stepen)</w:t>
      </w:r>
    </w:p>
    <w:p w14:paraId="7127E416" w14:textId="77777777" w:rsidR="003A06F0" w:rsidRPr="003A06F0" w:rsidRDefault="003A06F0" w:rsidP="003A06F0">
      <w:pPr>
        <w:spacing w:after="0"/>
        <w:rPr>
          <w:rFonts w:cstheme="minorHAnsi"/>
          <w:lang w:val="hr-HR"/>
        </w:rPr>
      </w:pPr>
      <w:r w:rsidRPr="003A06F0">
        <w:rPr>
          <w:rFonts w:cstheme="minorHAnsi"/>
          <w:lang w:val="hr-HR"/>
        </w:rPr>
        <w:t>- Potvrda o radnom iskustvu u struci</w:t>
      </w:r>
    </w:p>
    <w:p w14:paraId="22661137" w14:textId="77777777" w:rsidR="003A06F0" w:rsidRPr="003A06F0" w:rsidRDefault="003A06F0" w:rsidP="003A06F0">
      <w:pPr>
        <w:spacing w:after="0"/>
        <w:rPr>
          <w:rFonts w:cstheme="minorHAnsi"/>
          <w:lang w:val="hr-HR"/>
        </w:rPr>
      </w:pPr>
      <w:r w:rsidRPr="003A06F0">
        <w:rPr>
          <w:rFonts w:cstheme="minorHAnsi"/>
          <w:lang w:val="hr-HR"/>
        </w:rPr>
        <w:t>- Uvjerenje o državljanstvu</w:t>
      </w:r>
    </w:p>
    <w:p w14:paraId="40AF20B4" w14:textId="77777777" w:rsidR="003A06F0" w:rsidRPr="003A06F0" w:rsidRDefault="003A06F0" w:rsidP="003A06F0">
      <w:pPr>
        <w:spacing w:after="0"/>
        <w:jc w:val="both"/>
        <w:rPr>
          <w:rFonts w:cstheme="minorHAnsi"/>
          <w:lang w:val="hr-HR"/>
        </w:rPr>
      </w:pPr>
      <w:r w:rsidRPr="003A06F0">
        <w:rPr>
          <w:rFonts w:cstheme="minorHAnsi"/>
          <w:lang w:val="hr-HR"/>
        </w:rPr>
        <w:t>- CIPS prijava</w:t>
      </w:r>
    </w:p>
    <w:p w14:paraId="19867C4C" w14:textId="77777777" w:rsidR="003A06F0" w:rsidRPr="003A06F0" w:rsidRDefault="003A06F0" w:rsidP="003A06F0">
      <w:pPr>
        <w:spacing w:after="0"/>
        <w:jc w:val="both"/>
        <w:rPr>
          <w:rFonts w:cstheme="minorHAnsi"/>
          <w:b/>
          <w:lang w:val="hr-HR"/>
        </w:rPr>
      </w:pPr>
    </w:p>
    <w:p w14:paraId="049CDDD1" w14:textId="77777777" w:rsidR="004B13FA" w:rsidRDefault="004B13FA" w:rsidP="003A06F0">
      <w:pPr>
        <w:spacing w:after="0"/>
        <w:jc w:val="both"/>
        <w:rPr>
          <w:rFonts w:cstheme="minorHAnsi"/>
          <w:b/>
          <w:lang w:val="hr-HR"/>
        </w:rPr>
      </w:pPr>
    </w:p>
    <w:p w14:paraId="54F0EE2A" w14:textId="77777777" w:rsidR="004B13FA" w:rsidRDefault="004B13FA" w:rsidP="003A06F0">
      <w:pPr>
        <w:spacing w:after="0"/>
        <w:jc w:val="both"/>
        <w:rPr>
          <w:rFonts w:cstheme="minorHAnsi"/>
          <w:b/>
          <w:lang w:val="hr-HR"/>
        </w:rPr>
      </w:pPr>
    </w:p>
    <w:p w14:paraId="6EB3D99A" w14:textId="77777777" w:rsidR="004B13FA" w:rsidRDefault="004B13FA" w:rsidP="003A06F0">
      <w:pPr>
        <w:spacing w:after="0"/>
        <w:jc w:val="both"/>
        <w:rPr>
          <w:rFonts w:cstheme="minorHAnsi"/>
          <w:b/>
          <w:lang w:val="hr-HR"/>
        </w:rPr>
      </w:pPr>
    </w:p>
    <w:p w14:paraId="575B4075" w14:textId="39EDB134" w:rsidR="003A06F0" w:rsidRPr="003A06F0" w:rsidRDefault="003A06F0" w:rsidP="003A06F0">
      <w:pPr>
        <w:spacing w:after="0"/>
        <w:jc w:val="both"/>
        <w:rPr>
          <w:rFonts w:cstheme="minorHAnsi"/>
          <w:b/>
          <w:lang w:val="hr-HR"/>
        </w:rPr>
      </w:pPr>
      <w:r w:rsidRPr="003A06F0">
        <w:rPr>
          <w:rFonts w:cstheme="minorHAnsi"/>
          <w:b/>
          <w:lang w:val="hr-HR"/>
        </w:rPr>
        <w:lastRenderedPageBreak/>
        <w:t>Za radno mjesto pod brojem: 9</w:t>
      </w:r>
    </w:p>
    <w:p w14:paraId="62C4A1F7" w14:textId="77777777" w:rsidR="003A06F0" w:rsidRPr="003A06F0" w:rsidRDefault="003A06F0" w:rsidP="003A06F0">
      <w:pPr>
        <w:spacing w:after="0"/>
        <w:jc w:val="both"/>
        <w:rPr>
          <w:rFonts w:cstheme="minorHAnsi"/>
          <w:lang w:val="hr-HR"/>
        </w:rPr>
      </w:pPr>
      <w:r w:rsidRPr="003A06F0">
        <w:rPr>
          <w:rFonts w:cstheme="minorHAnsi"/>
          <w:lang w:val="hr-HR"/>
        </w:rPr>
        <w:t xml:space="preserve">- Svojeručno potpisanu prijavu na javni oglas sa naznakom pozicije za koju aplicira </w:t>
      </w:r>
    </w:p>
    <w:p w14:paraId="2C867C4A" w14:textId="77777777" w:rsidR="003A06F0" w:rsidRPr="003A06F0" w:rsidRDefault="003A06F0" w:rsidP="003A06F0">
      <w:pPr>
        <w:spacing w:after="0"/>
        <w:rPr>
          <w:rFonts w:cstheme="minorHAnsi"/>
          <w:lang w:val="hr-HR"/>
        </w:rPr>
      </w:pPr>
      <w:r w:rsidRPr="003A06F0">
        <w:rPr>
          <w:rFonts w:cstheme="minorHAnsi"/>
          <w:lang w:val="hr-HR"/>
        </w:rPr>
        <w:t>- Kraća biografija</w:t>
      </w:r>
    </w:p>
    <w:p w14:paraId="3E5AEA84" w14:textId="77777777" w:rsidR="003A06F0" w:rsidRPr="003A06F0" w:rsidRDefault="003A06F0" w:rsidP="003A06F0">
      <w:pPr>
        <w:spacing w:after="0"/>
        <w:jc w:val="both"/>
        <w:rPr>
          <w:rFonts w:cstheme="minorHAnsi"/>
          <w:b/>
          <w:lang w:val="hr-HR"/>
        </w:rPr>
      </w:pPr>
      <w:r w:rsidRPr="003A06F0">
        <w:rPr>
          <w:rFonts w:cstheme="minorHAnsi"/>
          <w:lang w:val="hr-HR"/>
        </w:rPr>
        <w:t xml:space="preserve">- Diploma o završenom  obrazovanju - </w:t>
      </w:r>
      <w:r w:rsidRPr="00C67A1D">
        <w:rPr>
          <w:rFonts w:cstheme="minorHAnsi"/>
          <w:lang w:val="hr-HR"/>
        </w:rPr>
        <w:t>SSS ( IV stepen)</w:t>
      </w:r>
    </w:p>
    <w:p w14:paraId="40E3964E" w14:textId="77777777" w:rsidR="003A06F0" w:rsidRPr="003A06F0" w:rsidRDefault="003A06F0" w:rsidP="003A06F0">
      <w:pPr>
        <w:spacing w:after="0"/>
        <w:rPr>
          <w:rFonts w:cstheme="minorHAnsi"/>
          <w:lang w:val="hr-HR"/>
        </w:rPr>
      </w:pPr>
      <w:r w:rsidRPr="003A06F0">
        <w:rPr>
          <w:rFonts w:cstheme="minorHAnsi"/>
          <w:lang w:val="hr-HR"/>
        </w:rPr>
        <w:t>- Potvrda o radnom iskustvu</w:t>
      </w:r>
    </w:p>
    <w:p w14:paraId="760A0BB2" w14:textId="77777777" w:rsidR="003A06F0" w:rsidRPr="003A06F0" w:rsidRDefault="003A06F0" w:rsidP="003A06F0">
      <w:pPr>
        <w:spacing w:after="0"/>
        <w:rPr>
          <w:rFonts w:cstheme="minorHAnsi"/>
          <w:lang w:val="hr-HR"/>
        </w:rPr>
      </w:pPr>
      <w:r w:rsidRPr="003A06F0">
        <w:rPr>
          <w:rFonts w:cstheme="minorHAnsi"/>
          <w:lang w:val="hr-HR"/>
        </w:rPr>
        <w:t>- Uvjerenje o državljanstvu</w:t>
      </w:r>
    </w:p>
    <w:p w14:paraId="7A6F91F0" w14:textId="77777777" w:rsidR="003A06F0" w:rsidRPr="003A06F0" w:rsidRDefault="003A06F0" w:rsidP="003A06F0">
      <w:pPr>
        <w:spacing w:after="0"/>
        <w:jc w:val="both"/>
        <w:rPr>
          <w:rFonts w:cstheme="minorHAnsi"/>
          <w:lang w:val="hr-HR"/>
        </w:rPr>
      </w:pPr>
      <w:r w:rsidRPr="003A06F0">
        <w:rPr>
          <w:rFonts w:cstheme="minorHAnsi"/>
          <w:lang w:val="hr-HR"/>
        </w:rPr>
        <w:t>- CIPS prijava</w:t>
      </w:r>
    </w:p>
    <w:p w14:paraId="253EA225" w14:textId="77777777" w:rsidR="003A06F0" w:rsidRPr="003A06F0" w:rsidRDefault="003A06F0" w:rsidP="003A06F0">
      <w:pPr>
        <w:spacing w:after="0"/>
        <w:jc w:val="both"/>
        <w:rPr>
          <w:rFonts w:cstheme="minorHAnsi"/>
          <w:b/>
          <w:lang w:val="hr-HR"/>
        </w:rPr>
      </w:pPr>
    </w:p>
    <w:p w14:paraId="6EDF25F4" w14:textId="38E37CE7" w:rsidR="003A06F0" w:rsidRPr="003A06F0" w:rsidRDefault="003A06F0" w:rsidP="003A06F0">
      <w:pPr>
        <w:spacing w:after="0"/>
        <w:jc w:val="both"/>
        <w:rPr>
          <w:rFonts w:cstheme="minorHAnsi"/>
          <w:b/>
          <w:lang w:val="hr-HR"/>
        </w:rPr>
      </w:pPr>
      <w:r w:rsidRPr="003A06F0">
        <w:rPr>
          <w:rFonts w:cstheme="minorHAnsi"/>
          <w:b/>
          <w:lang w:val="hr-HR"/>
        </w:rPr>
        <w:t>Za radno mjesto pod brojem: 10</w:t>
      </w:r>
    </w:p>
    <w:p w14:paraId="01BFEA8B" w14:textId="77777777" w:rsidR="003A06F0" w:rsidRPr="003A06F0" w:rsidRDefault="003A06F0" w:rsidP="003A06F0">
      <w:pPr>
        <w:spacing w:after="0"/>
        <w:jc w:val="both"/>
        <w:rPr>
          <w:rFonts w:cstheme="minorHAnsi"/>
          <w:lang w:val="hr-HR"/>
        </w:rPr>
      </w:pPr>
      <w:r w:rsidRPr="003A06F0">
        <w:rPr>
          <w:rFonts w:cstheme="minorHAnsi"/>
          <w:lang w:val="hr-HR"/>
        </w:rPr>
        <w:t xml:space="preserve">- Svojeručno potpisanu prijavu na javni oglas sa naznakom pozicije za koju aplicira </w:t>
      </w:r>
    </w:p>
    <w:p w14:paraId="3A95955D" w14:textId="77777777" w:rsidR="003A06F0" w:rsidRPr="003A06F0" w:rsidRDefault="003A06F0" w:rsidP="003A06F0">
      <w:pPr>
        <w:spacing w:after="0"/>
        <w:rPr>
          <w:rFonts w:cstheme="minorHAnsi"/>
          <w:lang w:val="hr-HR"/>
        </w:rPr>
      </w:pPr>
      <w:r w:rsidRPr="003A06F0">
        <w:rPr>
          <w:rFonts w:cstheme="minorHAnsi"/>
          <w:lang w:val="hr-HR"/>
        </w:rPr>
        <w:t>- Kraća biografija</w:t>
      </w:r>
    </w:p>
    <w:p w14:paraId="178FD37A" w14:textId="77777777" w:rsidR="003A06F0" w:rsidRPr="003A06F0" w:rsidRDefault="003A06F0" w:rsidP="003A06F0">
      <w:pPr>
        <w:spacing w:after="0"/>
        <w:jc w:val="both"/>
        <w:rPr>
          <w:rFonts w:cstheme="minorHAnsi"/>
          <w:b/>
          <w:lang w:val="hr-HR"/>
        </w:rPr>
      </w:pPr>
      <w:r w:rsidRPr="003A06F0">
        <w:rPr>
          <w:rFonts w:cstheme="minorHAnsi"/>
          <w:lang w:val="hr-HR"/>
        </w:rPr>
        <w:t xml:space="preserve">- Diploma o završenom  obrazovanju - </w:t>
      </w:r>
      <w:r w:rsidRPr="00C67A1D">
        <w:rPr>
          <w:rFonts w:cstheme="minorHAnsi"/>
          <w:lang w:val="hr-HR"/>
        </w:rPr>
        <w:t>SSS ( IV stepen)</w:t>
      </w:r>
    </w:p>
    <w:p w14:paraId="03B0ACC4" w14:textId="77777777" w:rsidR="003A06F0" w:rsidRPr="003A06F0" w:rsidRDefault="003A06F0" w:rsidP="003A06F0">
      <w:pPr>
        <w:spacing w:after="0"/>
        <w:rPr>
          <w:rFonts w:cstheme="minorHAnsi"/>
          <w:lang w:val="hr-HR"/>
        </w:rPr>
      </w:pPr>
      <w:r w:rsidRPr="003A06F0">
        <w:rPr>
          <w:rFonts w:cstheme="minorHAnsi"/>
          <w:lang w:val="hr-HR"/>
        </w:rPr>
        <w:t>- Potvrda o radnom iskustvu</w:t>
      </w:r>
    </w:p>
    <w:p w14:paraId="2BE08C95" w14:textId="77777777" w:rsidR="003A06F0" w:rsidRPr="003A06F0" w:rsidRDefault="003A06F0" w:rsidP="003A06F0">
      <w:pPr>
        <w:spacing w:after="0"/>
        <w:rPr>
          <w:rFonts w:cstheme="minorHAnsi"/>
          <w:lang w:val="hr-HR"/>
        </w:rPr>
      </w:pPr>
      <w:r w:rsidRPr="003A06F0">
        <w:rPr>
          <w:rFonts w:cstheme="minorHAnsi"/>
          <w:lang w:val="hr-HR"/>
        </w:rPr>
        <w:t>- Uvjerenje o državljanstvu</w:t>
      </w:r>
    </w:p>
    <w:p w14:paraId="607DFE81" w14:textId="77777777" w:rsidR="003A06F0" w:rsidRPr="003A06F0" w:rsidRDefault="003A06F0" w:rsidP="003A06F0">
      <w:pPr>
        <w:spacing w:after="0"/>
        <w:jc w:val="both"/>
        <w:rPr>
          <w:rFonts w:cstheme="minorHAnsi"/>
          <w:b/>
          <w:lang w:val="hr-HR"/>
        </w:rPr>
      </w:pPr>
      <w:r w:rsidRPr="003A06F0">
        <w:rPr>
          <w:rFonts w:cstheme="minorHAnsi"/>
          <w:lang w:val="hr-HR"/>
        </w:rPr>
        <w:t>- CIPS prijava</w:t>
      </w:r>
    </w:p>
    <w:p w14:paraId="5C99748D" w14:textId="77777777" w:rsidR="003A06F0" w:rsidRPr="003A06F0" w:rsidRDefault="003A06F0" w:rsidP="003A06F0">
      <w:pPr>
        <w:tabs>
          <w:tab w:val="left" w:pos="10490"/>
        </w:tabs>
        <w:spacing w:after="0"/>
        <w:ind w:right="142"/>
        <w:jc w:val="both"/>
        <w:rPr>
          <w:rFonts w:cstheme="minorHAnsi"/>
          <w:b/>
          <w:lang w:val="hr-HR"/>
        </w:rPr>
      </w:pPr>
    </w:p>
    <w:p w14:paraId="6EA1D867" w14:textId="184A7E4C" w:rsidR="004B13FA" w:rsidRPr="003A06F0" w:rsidRDefault="004B13FA" w:rsidP="004B13FA">
      <w:pPr>
        <w:spacing w:after="0"/>
        <w:jc w:val="both"/>
        <w:rPr>
          <w:rFonts w:cstheme="minorHAnsi"/>
          <w:b/>
          <w:lang w:val="hr-HR"/>
        </w:rPr>
      </w:pPr>
      <w:r w:rsidRPr="003A06F0">
        <w:rPr>
          <w:rFonts w:cstheme="minorHAnsi"/>
          <w:b/>
          <w:lang w:val="hr-HR"/>
        </w:rPr>
        <w:t>Za radno mjesto pod brojem: 1</w:t>
      </w:r>
      <w:r>
        <w:rPr>
          <w:rFonts w:cstheme="minorHAnsi"/>
          <w:b/>
          <w:lang w:val="hr-HR"/>
        </w:rPr>
        <w:t>1</w:t>
      </w:r>
    </w:p>
    <w:p w14:paraId="51F7EB24" w14:textId="77777777" w:rsidR="004B13FA" w:rsidRPr="003A06F0" w:rsidRDefault="004B13FA" w:rsidP="004B13FA">
      <w:pPr>
        <w:spacing w:after="0"/>
        <w:jc w:val="both"/>
        <w:rPr>
          <w:rFonts w:cstheme="minorHAnsi"/>
          <w:lang w:val="hr-HR"/>
        </w:rPr>
      </w:pPr>
      <w:r w:rsidRPr="003A06F0">
        <w:rPr>
          <w:rFonts w:cstheme="minorHAnsi"/>
          <w:lang w:val="hr-HR"/>
        </w:rPr>
        <w:t xml:space="preserve">- Svojeručno potpisanu prijavu na javni oglas sa naznakom pozicije za koju aplicira </w:t>
      </w:r>
    </w:p>
    <w:p w14:paraId="2F04AA82" w14:textId="77777777" w:rsidR="004B13FA" w:rsidRPr="003A06F0" w:rsidRDefault="004B13FA" w:rsidP="004B13FA">
      <w:pPr>
        <w:spacing w:after="0"/>
        <w:rPr>
          <w:rFonts w:cstheme="minorHAnsi"/>
          <w:lang w:val="hr-HR"/>
        </w:rPr>
      </w:pPr>
      <w:r w:rsidRPr="003A06F0">
        <w:rPr>
          <w:rFonts w:cstheme="minorHAnsi"/>
          <w:lang w:val="hr-HR"/>
        </w:rPr>
        <w:t>- Kraća biografija</w:t>
      </w:r>
    </w:p>
    <w:p w14:paraId="610DFC51" w14:textId="3A4A071D" w:rsidR="004B13FA" w:rsidRPr="003A06F0" w:rsidRDefault="004B13FA" w:rsidP="004B13FA">
      <w:pPr>
        <w:spacing w:after="0"/>
        <w:jc w:val="both"/>
        <w:rPr>
          <w:rFonts w:cstheme="minorHAnsi"/>
          <w:b/>
          <w:lang w:val="hr-HR"/>
        </w:rPr>
      </w:pPr>
      <w:r w:rsidRPr="003A06F0">
        <w:rPr>
          <w:rFonts w:cstheme="minorHAnsi"/>
          <w:lang w:val="hr-HR"/>
        </w:rPr>
        <w:t xml:space="preserve">- Diploma o završenom  obrazovanju - </w:t>
      </w:r>
      <w:r w:rsidRPr="00C67A1D">
        <w:rPr>
          <w:rFonts w:cstheme="minorHAnsi"/>
          <w:lang w:val="hr-HR"/>
        </w:rPr>
        <w:t>SSS Ekonomska škola / Gimnazija  IV stepen</w:t>
      </w:r>
    </w:p>
    <w:p w14:paraId="70958704" w14:textId="77777777" w:rsidR="004B13FA" w:rsidRPr="003A06F0" w:rsidRDefault="004B13FA" w:rsidP="004B13FA">
      <w:pPr>
        <w:spacing w:after="0"/>
        <w:rPr>
          <w:rFonts w:cstheme="minorHAnsi"/>
          <w:lang w:val="hr-HR"/>
        </w:rPr>
      </w:pPr>
      <w:r w:rsidRPr="003A06F0">
        <w:rPr>
          <w:rFonts w:cstheme="minorHAnsi"/>
          <w:lang w:val="hr-HR"/>
        </w:rPr>
        <w:t>- Potvrda o radnom iskustvu</w:t>
      </w:r>
    </w:p>
    <w:p w14:paraId="33698B41" w14:textId="77777777" w:rsidR="004B13FA" w:rsidRPr="003A06F0" w:rsidRDefault="004B13FA" w:rsidP="004B13FA">
      <w:pPr>
        <w:spacing w:after="0"/>
        <w:rPr>
          <w:rFonts w:cstheme="minorHAnsi"/>
          <w:lang w:val="hr-HR"/>
        </w:rPr>
      </w:pPr>
      <w:r w:rsidRPr="003A06F0">
        <w:rPr>
          <w:rFonts w:cstheme="minorHAnsi"/>
          <w:lang w:val="hr-HR"/>
        </w:rPr>
        <w:t>- Uvjerenje o državljanstvu</w:t>
      </w:r>
    </w:p>
    <w:p w14:paraId="73101E8B" w14:textId="77777777" w:rsidR="004B13FA" w:rsidRPr="003A06F0" w:rsidRDefault="004B13FA" w:rsidP="004B13FA">
      <w:pPr>
        <w:spacing w:after="0"/>
        <w:jc w:val="both"/>
        <w:rPr>
          <w:rFonts w:cstheme="minorHAnsi"/>
          <w:b/>
          <w:lang w:val="hr-HR"/>
        </w:rPr>
      </w:pPr>
      <w:r w:rsidRPr="003A06F0">
        <w:rPr>
          <w:rFonts w:cstheme="minorHAnsi"/>
          <w:lang w:val="hr-HR"/>
        </w:rPr>
        <w:t>- CIPS prijava</w:t>
      </w:r>
    </w:p>
    <w:p w14:paraId="06192F53" w14:textId="77777777" w:rsidR="003A06F0" w:rsidRPr="003A06F0" w:rsidRDefault="003A06F0" w:rsidP="003A06F0">
      <w:pPr>
        <w:tabs>
          <w:tab w:val="left" w:pos="10490"/>
        </w:tabs>
        <w:spacing w:after="0"/>
        <w:ind w:right="142"/>
        <w:jc w:val="both"/>
        <w:rPr>
          <w:rFonts w:cstheme="minorHAnsi"/>
          <w:b/>
          <w:lang w:val="hr-HR"/>
        </w:rPr>
      </w:pPr>
    </w:p>
    <w:p w14:paraId="0F393E6D" w14:textId="77777777" w:rsidR="003A06F0" w:rsidRPr="003A06F0" w:rsidRDefault="003A06F0" w:rsidP="003A06F0">
      <w:pPr>
        <w:spacing w:after="0"/>
        <w:jc w:val="both"/>
        <w:rPr>
          <w:rFonts w:cstheme="minorHAnsi"/>
          <w:b/>
          <w:bCs/>
          <w:lang w:val="hr-HR"/>
        </w:rPr>
      </w:pPr>
      <w:r w:rsidRPr="003A06F0">
        <w:rPr>
          <w:rFonts w:cstheme="minorHAnsi"/>
          <w:b/>
          <w:bCs/>
          <w:lang w:val="hr-HR"/>
        </w:rPr>
        <w:t>Dodatna dokumentacija:</w:t>
      </w:r>
    </w:p>
    <w:p w14:paraId="221C82B6" w14:textId="77777777" w:rsidR="003A06F0" w:rsidRPr="003A06F0" w:rsidRDefault="003A06F0" w:rsidP="003A06F0">
      <w:pPr>
        <w:spacing w:after="0"/>
        <w:jc w:val="both"/>
        <w:rPr>
          <w:rFonts w:cstheme="minorHAnsi"/>
          <w:b/>
          <w:bCs/>
          <w:lang w:val="hr-HR" w:eastAsia="bs-Latn-BA"/>
        </w:rPr>
      </w:pPr>
    </w:p>
    <w:p w14:paraId="3ACF52EA" w14:textId="77777777" w:rsidR="003A06F0" w:rsidRPr="003A06F0" w:rsidRDefault="003A06F0" w:rsidP="003A06F0">
      <w:pPr>
        <w:pStyle w:val="NormalWeb"/>
        <w:shd w:val="clear" w:color="auto" w:fill="FFFFFF"/>
        <w:spacing w:before="0" w:beforeAutospacing="0" w:after="0" w:afterAutospacing="0"/>
        <w:jc w:val="both"/>
        <w:rPr>
          <w:rFonts w:asciiTheme="minorHAnsi" w:hAnsiTheme="minorHAnsi" w:cstheme="minorHAnsi"/>
          <w:sz w:val="22"/>
          <w:szCs w:val="22"/>
        </w:rPr>
      </w:pPr>
      <w:r w:rsidRPr="003A06F0">
        <w:rPr>
          <w:rFonts w:asciiTheme="minorHAnsi" w:hAnsiTheme="minorHAnsi" w:cstheme="minorHAnsi"/>
          <w:sz w:val="22"/>
          <w:szCs w:val="22"/>
        </w:rPr>
        <w:t>- Rješenje/uvjerenje nadležnog organa o priznavanju svojstva demobiliziranog branioca, člana porodice demobiliziranog branioca, svojstva djeteta šehida-poginulog branioca, umrlog ratnog vojnog invalida ili umrlog dobitnika ratnog priznanja i odlikovanja.</w:t>
      </w:r>
    </w:p>
    <w:p w14:paraId="3EACA9D5" w14:textId="77777777" w:rsidR="003A06F0" w:rsidRPr="003A06F0" w:rsidRDefault="003A06F0" w:rsidP="003A06F0">
      <w:pPr>
        <w:spacing w:after="0"/>
        <w:jc w:val="both"/>
        <w:rPr>
          <w:rFonts w:cstheme="minorHAnsi"/>
          <w:lang w:val="hr-HR"/>
        </w:rPr>
      </w:pPr>
      <w:r w:rsidRPr="003A06F0">
        <w:rPr>
          <w:rFonts w:cstheme="minorHAnsi"/>
          <w:lang w:val="bs-Latn-BA"/>
        </w:rPr>
        <w:t>- Uvjerenje o statusu nezaposlenog lica izdato od nadležnog organa za vođenje evidencije o nezaposlenim licima, ne starije od 15 dana od dana izdavanja</w:t>
      </w:r>
    </w:p>
    <w:p w14:paraId="00FC2D85" w14:textId="77777777" w:rsidR="003A06F0" w:rsidRPr="003A06F0" w:rsidRDefault="003A06F0" w:rsidP="003A06F0">
      <w:pPr>
        <w:pStyle w:val="NormalWeb"/>
        <w:shd w:val="clear" w:color="auto" w:fill="FFFFFF"/>
        <w:spacing w:before="0" w:beforeAutospacing="0" w:after="0" w:afterAutospacing="0"/>
        <w:jc w:val="both"/>
        <w:rPr>
          <w:rFonts w:asciiTheme="minorHAnsi" w:hAnsiTheme="minorHAnsi" w:cstheme="minorHAnsi"/>
          <w:sz w:val="22"/>
          <w:szCs w:val="22"/>
        </w:rPr>
      </w:pPr>
      <w:r w:rsidRPr="003A06F0">
        <w:rPr>
          <w:rFonts w:asciiTheme="minorHAnsi" w:hAnsiTheme="minorHAnsi" w:cstheme="minorHAnsi"/>
          <w:sz w:val="22"/>
          <w:szCs w:val="22"/>
        </w:rPr>
        <w:t>U slučaju da, u toku postupka izbora kandidata za prijem u radni odnos, neki od kandidata ostvare jednak broj bodova, prednost pri zapošljavanju pod jednakim uvjetima u skladu sa Zakonom o pravima branilaca i članova njihovih porodica („Sl. novine FBiH“, br. 33/2004, 56/2005, 44/2005, 70/2007, 9/2010, 95/2013, 90/2017 i 29/2022) imat će kandidat koji ima svojstvo demobiliziranog branioca, člana porodice demobiliziranog branioca, djeteta šehida – poginulog branioca, umrlog ratnog vojnog invalida, ili umrlog dobitnika ratnog priznanja i odlikovanja.</w:t>
      </w:r>
    </w:p>
    <w:p w14:paraId="656AF253" w14:textId="77777777" w:rsidR="003A06F0" w:rsidRPr="003A06F0" w:rsidRDefault="003A06F0" w:rsidP="003A06F0">
      <w:pPr>
        <w:pStyle w:val="NormalWeb"/>
        <w:shd w:val="clear" w:color="auto" w:fill="FFFFFF"/>
        <w:spacing w:before="0" w:beforeAutospacing="0" w:after="0" w:afterAutospacing="0"/>
        <w:jc w:val="both"/>
        <w:rPr>
          <w:rFonts w:asciiTheme="minorHAnsi" w:hAnsiTheme="minorHAnsi" w:cstheme="minorHAnsi"/>
          <w:sz w:val="22"/>
          <w:szCs w:val="22"/>
        </w:rPr>
      </w:pPr>
      <w:r w:rsidRPr="003A06F0">
        <w:rPr>
          <w:rFonts w:asciiTheme="minorHAnsi" w:hAnsiTheme="minorHAnsi" w:cstheme="minorHAnsi"/>
          <w:sz w:val="22"/>
          <w:szCs w:val="22"/>
        </w:rPr>
        <w:t>Prednost pri zapošljavanju pod jednakim uvjetima kandidat ostvaruje, samo ukoliko pored opštih i posebnih uslova javnog oglasa, ispunjava i sljedeće:</w:t>
      </w:r>
    </w:p>
    <w:p w14:paraId="52DF3E08" w14:textId="77777777" w:rsidR="003A06F0" w:rsidRPr="003A06F0" w:rsidRDefault="003A06F0" w:rsidP="003A06F0">
      <w:pPr>
        <w:pStyle w:val="NormalWeb"/>
        <w:numPr>
          <w:ilvl w:val="0"/>
          <w:numId w:val="10"/>
        </w:numPr>
        <w:shd w:val="clear" w:color="auto" w:fill="FFFFFF"/>
        <w:spacing w:before="0" w:beforeAutospacing="0" w:after="0" w:afterAutospacing="0"/>
        <w:jc w:val="both"/>
        <w:rPr>
          <w:rFonts w:asciiTheme="minorHAnsi" w:hAnsiTheme="minorHAnsi" w:cstheme="minorHAnsi"/>
          <w:sz w:val="22"/>
          <w:szCs w:val="22"/>
        </w:rPr>
      </w:pPr>
      <w:r w:rsidRPr="003A06F0">
        <w:rPr>
          <w:rFonts w:asciiTheme="minorHAnsi" w:hAnsiTheme="minorHAnsi" w:cstheme="minorHAnsi"/>
          <w:sz w:val="22"/>
          <w:szCs w:val="22"/>
        </w:rPr>
        <w:t>da je nezaposleno lice i</w:t>
      </w:r>
    </w:p>
    <w:p w14:paraId="595BA314" w14:textId="77777777" w:rsidR="003A06F0" w:rsidRPr="003A06F0" w:rsidRDefault="003A06F0" w:rsidP="003A06F0">
      <w:pPr>
        <w:pStyle w:val="ListParagraph"/>
        <w:numPr>
          <w:ilvl w:val="0"/>
          <w:numId w:val="10"/>
        </w:numPr>
        <w:spacing w:after="0" w:line="240" w:lineRule="auto"/>
        <w:jc w:val="both"/>
        <w:rPr>
          <w:rFonts w:cstheme="minorHAnsi"/>
          <w:lang w:val="bs-Latn-BA"/>
        </w:rPr>
      </w:pPr>
      <w:r w:rsidRPr="003A06F0">
        <w:rPr>
          <w:rFonts w:cstheme="minorHAnsi"/>
          <w:lang w:val="bs-Latn-BA"/>
        </w:rPr>
        <w:t>da je demobilizirani branilac ili član njegove porodice, ili da je dijete šehida – poginulog branioca, umrlog ratnog vojnog invalida ili umrlog dobitnika ratnog priznanja i odlikovanja.</w:t>
      </w:r>
    </w:p>
    <w:p w14:paraId="2B8C1EDE" w14:textId="77777777" w:rsidR="003A06F0" w:rsidRPr="003A06F0" w:rsidRDefault="003A06F0" w:rsidP="003A06F0">
      <w:pPr>
        <w:tabs>
          <w:tab w:val="left" w:pos="4096"/>
          <w:tab w:val="left" w:pos="10490"/>
        </w:tabs>
        <w:spacing w:after="0"/>
        <w:ind w:right="142"/>
        <w:jc w:val="both"/>
        <w:rPr>
          <w:rFonts w:cstheme="minorHAnsi"/>
          <w:lang w:val="bs-Latn-BA"/>
        </w:rPr>
      </w:pPr>
    </w:p>
    <w:p w14:paraId="229AD757" w14:textId="77777777" w:rsidR="004B13FA" w:rsidRDefault="004B13FA" w:rsidP="003A06F0">
      <w:pPr>
        <w:tabs>
          <w:tab w:val="left" w:pos="4096"/>
          <w:tab w:val="left" w:pos="10490"/>
        </w:tabs>
        <w:spacing w:after="0"/>
        <w:ind w:right="142"/>
        <w:jc w:val="both"/>
        <w:rPr>
          <w:rFonts w:cstheme="minorHAnsi"/>
          <w:lang w:val="hr-HR"/>
        </w:rPr>
      </w:pPr>
    </w:p>
    <w:p w14:paraId="2F8DF836" w14:textId="77777777" w:rsidR="004B13FA" w:rsidRDefault="004B13FA" w:rsidP="003A06F0">
      <w:pPr>
        <w:tabs>
          <w:tab w:val="left" w:pos="4096"/>
          <w:tab w:val="left" w:pos="10490"/>
        </w:tabs>
        <w:spacing w:after="0"/>
        <w:ind w:right="142"/>
        <w:jc w:val="both"/>
        <w:rPr>
          <w:rFonts w:cstheme="minorHAnsi"/>
          <w:lang w:val="hr-HR"/>
        </w:rPr>
      </w:pPr>
    </w:p>
    <w:p w14:paraId="3988F401" w14:textId="2943F801" w:rsidR="003A06F0" w:rsidRPr="003A06F0" w:rsidRDefault="003A06F0" w:rsidP="003A06F0">
      <w:pPr>
        <w:tabs>
          <w:tab w:val="left" w:pos="4096"/>
          <w:tab w:val="left" w:pos="10490"/>
        </w:tabs>
        <w:spacing w:after="0"/>
        <w:ind w:right="142"/>
        <w:jc w:val="both"/>
        <w:rPr>
          <w:rFonts w:cstheme="minorHAnsi"/>
          <w:lang w:val="hr-HR"/>
        </w:rPr>
      </w:pPr>
      <w:r w:rsidRPr="003A06F0">
        <w:rPr>
          <w:rFonts w:cstheme="minorHAnsi"/>
          <w:lang w:val="hr-HR"/>
        </w:rPr>
        <w:lastRenderedPageBreak/>
        <w:t xml:space="preserve">Prijave na Oglas dostaviti na adresu:            </w:t>
      </w:r>
      <w:r w:rsidRPr="003A06F0">
        <w:rPr>
          <w:rFonts w:cstheme="minorHAnsi"/>
          <w:lang w:val="hr-HR"/>
        </w:rPr>
        <w:tab/>
        <w:t xml:space="preserve">            </w:t>
      </w:r>
    </w:p>
    <w:p w14:paraId="56059D88" w14:textId="77777777" w:rsidR="003A06F0" w:rsidRPr="003A06F0" w:rsidRDefault="003A06F0" w:rsidP="003A06F0">
      <w:pPr>
        <w:tabs>
          <w:tab w:val="left" w:pos="4096"/>
          <w:tab w:val="left" w:pos="10490"/>
        </w:tabs>
        <w:spacing w:after="0"/>
        <w:ind w:right="142"/>
        <w:jc w:val="center"/>
        <w:rPr>
          <w:rFonts w:cstheme="minorHAnsi"/>
          <w:lang w:val="hr-HR"/>
        </w:rPr>
      </w:pPr>
      <w:r w:rsidRPr="003A06F0">
        <w:rPr>
          <w:rFonts w:cstheme="minorHAnsi"/>
          <w:b/>
          <w:lang w:val="hr-HR"/>
        </w:rPr>
        <w:t>Klinički centar</w:t>
      </w:r>
    </w:p>
    <w:p w14:paraId="30795C13" w14:textId="77777777" w:rsidR="003A06F0" w:rsidRPr="003A06F0" w:rsidRDefault="003A06F0" w:rsidP="003A06F0">
      <w:pPr>
        <w:tabs>
          <w:tab w:val="left" w:pos="10490"/>
        </w:tabs>
        <w:spacing w:after="0"/>
        <w:ind w:right="142"/>
        <w:jc w:val="center"/>
        <w:rPr>
          <w:rFonts w:cstheme="minorHAnsi"/>
          <w:b/>
          <w:lang w:val="hr-HR"/>
        </w:rPr>
      </w:pPr>
      <w:r w:rsidRPr="003A06F0">
        <w:rPr>
          <w:rFonts w:cstheme="minorHAnsi"/>
          <w:b/>
          <w:lang w:val="hr-HR"/>
        </w:rPr>
        <w:t>Univerziteta u Sarajevu</w:t>
      </w:r>
    </w:p>
    <w:p w14:paraId="3ACE0D6F" w14:textId="77777777" w:rsidR="003A06F0" w:rsidRPr="003A06F0" w:rsidRDefault="003A06F0" w:rsidP="003A06F0">
      <w:pPr>
        <w:tabs>
          <w:tab w:val="left" w:pos="10490"/>
        </w:tabs>
        <w:spacing w:after="0"/>
        <w:ind w:right="142"/>
        <w:jc w:val="center"/>
        <w:rPr>
          <w:rFonts w:cstheme="minorHAnsi"/>
          <w:b/>
          <w:lang w:val="hr-HR"/>
        </w:rPr>
      </w:pPr>
      <w:r w:rsidRPr="003A06F0">
        <w:rPr>
          <w:rFonts w:cstheme="minorHAnsi"/>
          <w:b/>
          <w:lang w:val="hr-HR"/>
        </w:rPr>
        <w:t>Bolnička br.25</w:t>
      </w:r>
    </w:p>
    <w:p w14:paraId="0DE62E93" w14:textId="77777777" w:rsidR="003A06F0" w:rsidRPr="003A06F0" w:rsidRDefault="003A06F0" w:rsidP="003A06F0">
      <w:pPr>
        <w:tabs>
          <w:tab w:val="left" w:pos="10490"/>
        </w:tabs>
        <w:spacing w:after="0"/>
        <w:ind w:right="142"/>
        <w:jc w:val="center"/>
        <w:rPr>
          <w:rFonts w:cstheme="minorHAnsi"/>
          <w:b/>
          <w:lang w:val="hr-HR"/>
        </w:rPr>
      </w:pPr>
      <w:r w:rsidRPr="003A06F0">
        <w:rPr>
          <w:rFonts w:cstheme="minorHAnsi"/>
          <w:b/>
          <w:lang w:val="hr-HR"/>
        </w:rPr>
        <w:t>Stručna nemedicinska disciplina (protokol)</w:t>
      </w:r>
    </w:p>
    <w:p w14:paraId="5295694F" w14:textId="77777777" w:rsidR="003A06F0" w:rsidRPr="003A06F0" w:rsidRDefault="003A06F0" w:rsidP="003A06F0">
      <w:pPr>
        <w:tabs>
          <w:tab w:val="left" w:pos="10490"/>
        </w:tabs>
        <w:spacing w:after="0"/>
        <w:ind w:right="142"/>
        <w:jc w:val="center"/>
        <w:rPr>
          <w:rFonts w:cstheme="minorHAnsi"/>
          <w:b/>
          <w:lang w:val="hr-HR"/>
        </w:rPr>
      </w:pPr>
      <w:r w:rsidRPr="003A06F0">
        <w:rPr>
          <w:rFonts w:cstheme="minorHAnsi"/>
          <w:b/>
          <w:lang w:val="hr-HR"/>
        </w:rPr>
        <w:t>u periodu od 09 do 15 sati</w:t>
      </w:r>
    </w:p>
    <w:p w14:paraId="48F5E679" w14:textId="77777777" w:rsidR="003A06F0" w:rsidRPr="003A06F0" w:rsidRDefault="003A06F0" w:rsidP="003A06F0">
      <w:pPr>
        <w:tabs>
          <w:tab w:val="left" w:pos="10490"/>
        </w:tabs>
        <w:spacing w:after="0"/>
        <w:ind w:right="142"/>
        <w:jc w:val="both"/>
        <w:rPr>
          <w:rFonts w:cstheme="minorHAnsi"/>
          <w:lang w:val="hr-HR"/>
        </w:rPr>
      </w:pPr>
    </w:p>
    <w:p w14:paraId="1C978394" w14:textId="77777777" w:rsidR="003A06F0" w:rsidRPr="003A06F0" w:rsidRDefault="003A06F0" w:rsidP="003A06F0">
      <w:pPr>
        <w:tabs>
          <w:tab w:val="left" w:pos="10490"/>
        </w:tabs>
        <w:spacing w:after="0"/>
        <w:ind w:right="142"/>
        <w:jc w:val="both"/>
        <w:rPr>
          <w:rFonts w:cstheme="minorHAnsi"/>
          <w:lang w:val="hr-HR"/>
        </w:rPr>
      </w:pPr>
    </w:p>
    <w:p w14:paraId="76E57968" w14:textId="77777777" w:rsidR="003A06F0" w:rsidRPr="003A06F0" w:rsidRDefault="003A06F0" w:rsidP="003A06F0">
      <w:pPr>
        <w:tabs>
          <w:tab w:val="left" w:pos="10490"/>
        </w:tabs>
        <w:spacing w:after="0"/>
        <w:ind w:right="142"/>
        <w:jc w:val="both"/>
        <w:rPr>
          <w:rFonts w:cstheme="minorHAnsi"/>
          <w:lang w:val="hr-HR"/>
        </w:rPr>
      </w:pPr>
    </w:p>
    <w:p w14:paraId="5C6F90C0" w14:textId="77777777" w:rsidR="003A06F0" w:rsidRPr="003A06F0" w:rsidRDefault="003A06F0" w:rsidP="003A06F0">
      <w:pPr>
        <w:tabs>
          <w:tab w:val="left" w:pos="10490"/>
        </w:tabs>
        <w:spacing w:after="0"/>
        <w:ind w:right="142"/>
        <w:jc w:val="both"/>
        <w:rPr>
          <w:rFonts w:cstheme="minorHAnsi"/>
          <w:lang w:val="hr-HR"/>
        </w:rPr>
      </w:pPr>
      <w:r w:rsidRPr="003A06F0">
        <w:rPr>
          <w:rFonts w:cstheme="minorHAnsi"/>
          <w:lang w:val="hr-HR"/>
        </w:rPr>
        <w:t>Obavezno naglasiti na koverti puni naziv pozicije na koju se aplicira. Rok za podnošenje prijava na javni oglas je 8 dana računajući od dana njegove posljednje objave.</w:t>
      </w:r>
    </w:p>
    <w:p w14:paraId="3F110D43" w14:textId="77777777" w:rsidR="003A06F0" w:rsidRPr="003A06F0" w:rsidRDefault="003A06F0" w:rsidP="003A06F0">
      <w:pPr>
        <w:tabs>
          <w:tab w:val="left" w:pos="10490"/>
        </w:tabs>
        <w:spacing w:after="0"/>
        <w:ind w:right="142"/>
        <w:jc w:val="both"/>
        <w:rPr>
          <w:rFonts w:cstheme="minorHAnsi"/>
          <w:b/>
          <w:bCs/>
          <w:lang w:val="hr-HR"/>
        </w:rPr>
      </w:pPr>
    </w:p>
    <w:p w14:paraId="63CC6DDE" w14:textId="77777777" w:rsidR="00AA6570" w:rsidRDefault="00AA6570" w:rsidP="003A06F0">
      <w:pPr>
        <w:tabs>
          <w:tab w:val="left" w:pos="10490"/>
        </w:tabs>
        <w:spacing w:after="0"/>
        <w:ind w:right="142"/>
        <w:jc w:val="both"/>
        <w:rPr>
          <w:rFonts w:cstheme="minorHAnsi"/>
          <w:b/>
          <w:bCs/>
          <w:lang w:val="hr-HR"/>
        </w:rPr>
      </w:pPr>
    </w:p>
    <w:p w14:paraId="679D7A00" w14:textId="77777777" w:rsidR="00DE1088" w:rsidRDefault="00DE1088" w:rsidP="003A06F0">
      <w:pPr>
        <w:tabs>
          <w:tab w:val="left" w:pos="10490"/>
        </w:tabs>
        <w:spacing w:after="0"/>
        <w:ind w:right="142"/>
        <w:jc w:val="both"/>
        <w:rPr>
          <w:rFonts w:cstheme="minorHAnsi"/>
          <w:b/>
          <w:bCs/>
          <w:lang w:val="hr-HR"/>
        </w:rPr>
      </w:pPr>
    </w:p>
    <w:p w14:paraId="7FFA6CC4" w14:textId="77777777" w:rsidR="00DE1088" w:rsidRDefault="00DE1088" w:rsidP="003A06F0">
      <w:pPr>
        <w:tabs>
          <w:tab w:val="left" w:pos="10490"/>
        </w:tabs>
        <w:spacing w:after="0"/>
        <w:ind w:right="142"/>
        <w:jc w:val="both"/>
        <w:rPr>
          <w:rFonts w:cstheme="minorHAnsi"/>
          <w:b/>
          <w:bCs/>
          <w:lang w:val="hr-HR"/>
        </w:rPr>
      </w:pPr>
    </w:p>
    <w:p w14:paraId="35CA6CF5" w14:textId="77777777" w:rsidR="00DE1088" w:rsidRDefault="00DE1088" w:rsidP="003A06F0">
      <w:pPr>
        <w:tabs>
          <w:tab w:val="left" w:pos="10490"/>
        </w:tabs>
        <w:spacing w:after="0"/>
        <w:ind w:right="142"/>
        <w:jc w:val="both"/>
        <w:rPr>
          <w:rFonts w:cstheme="minorHAnsi"/>
          <w:b/>
          <w:bCs/>
          <w:lang w:val="hr-HR"/>
        </w:rPr>
      </w:pPr>
    </w:p>
    <w:p w14:paraId="1A7E1D88" w14:textId="77777777" w:rsidR="00DE1088" w:rsidRDefault="00DE1088" w:rsidP="003A06F0">
      <w:pPr>
        <w:tabs>
          <w:tab w:val="left" w:pos="10490"/>
        </w:tabs>
        <w:spacing w:after="0"/>
        <w:ind w:right="142"/>
        <w:jc w:val="both"/>
        <w:rPr>
          <w:rFonts w:cstheme="minorHAnsi"/>
          <w:b/>
          <w:bCs/>
          <w:lang w:val="hr-HR"/>
        </w:rPr>
      </w:pPr>
    </w:p>
    <w:p w14:paraId="69BB62BB" w14:textId="77777777" w:rsidR="00DE1088" w:rsidRDefault="00DE1088" w:rsidP="003A06F0">
      <w:pPr>
        <w:tabs>
          <w:tab w:val="left" w:pos="10490"/>
        </w:tabs>
        <w:spacing w:after="0"/>
        <w:ind w:right="142"/>
        <w:jc w:val="both"/>
        <w:rPr>
          <w:rFonts w:cstheme="minorHAnsi"/>
          <w:b/>
          <w:bCs/>
          <w:lang w:val="hr-HR"/>
        </w:rPr>
      </w:pPr>
    </w:p>
    <w:p w14:paraId="0C369251" w14:textId="54C783D0" w:rsidR="003A06F0" w:rsidRPr="003A06F0" w:rsidRDefault="003A06F0" w:rsidP="003A06F0">
      <w:pPr>
        <w:tabs>
          <w:tab w:val="left" w:pos="10490"/>
        </w:tabs>
        <w:spacing w:after="0"/>
        <w:ind w:right="142"/>
        <w:jc w:val="both"/>
        <w:rPr>
          <w:rFonts w:cstheme="minorHAnsi"/>
          <w:lang w:val="hr-HR"/>
        </w:rPr>
      </w:pPr>
      <w:r w:rsidRPr="003A06F0">
        <w:rPr>
          <w:rFonts w:cstheme="minorHAnsi"/>
          <w:b/>
          <w:bCs/>
          <w:lang w:val="hr-HR"/>
        </w:rPr>
        <w:t>Napomena:</w:t>
      </w:r>
      <w:r w:rsidRPr="003A06F0">
        <w:rPr>
          <w:rFonts w:cstheme="minorHAnsi"/>
          <w:lang w:val="hr-HR"/>
        </w:rPr>
        <w:t xml:space="preserve"> Dokumentacija kojom se dokazuje ispunjavanje uslova Oglasa može biti orginal ili ovjerena kopija. Ovjerena kopija dokumenta nema ograničen rok važenja, pod uslovom da ni dokument čija je kopija ovjerena nema naznačen (preciziran) rok trajanja (licenca za samostalan rad). Dokazi koji se dostavljaju o mjestu prebivališta (CIPS prijava) i državljanstvu (uvjerenje o državljanstvu) ne mogu biti stariji od 6 mjeseci računajući od dana izdavanja istog od strane nadležnog organa. KCUS nije u obavezi vraćanja dokumentacije koja se prilaže uz prijavu. </w:t>
      </w:r>
    </w:p>
    <w:p w14:paraId="2497F223" w14:textId="77777777" w:rsidR="003A06F0" w:rsidRPr="003A06F0" w:rsidRDefault="003A06F0" w:rsidP="003A06F0">
      <w:pPr>
        <w:tabs>
          <w:tab w:val="left" w:pos="10490"/>
        </w:tabs>
        <w:spacing w:after="0"/>
        <w:ind w:right="142"/>
        <w:jc w:val="both"/>
        <w:rPr>
          <w:rFonts w:cstheme="minorHAnsi"/>
          <w:lang w:val="hr-HR"/>
        </w:rPr>
      </w:pPr>
    </w:p>
    <w:p w14:paraId="7430F1D8" w14:textId="77777777" w:rsidR="003A06F0" w:rsidRPr="003A06F0" w:rsidRDefault="003A06F0" w:rsidP="003A06F0">
      <w:pPr>
        <w:tabs>
          <w:tab w:val="left" w:pos="10490"/>
        </w:tabs>
        <w:spacing w:after="0"/>
        <w:ind w:right="142"/>
        <w:jc w:val="both"/>
        <w:rPr>
          <w:rFonts w:cstheme="minorHAnsi"/>
          <w:lang w:val="hr-HR"/>
        </w:rPr>
      </w:pPr>
      <w:r w:rsidRPr="003A06F0">
        <w:rPr>
          <w:rFonts w:cstheme="minorHAnsi"/>
          <w:lang w:val="hr-HR"/>
        </w:rPr>
        <w:t>Samo izabrani kandidati će biti u obavezi u određenom roku dostaviti ljekarsko uvjerenje kao dokaz da njegovo zdravstveno stanje i psihofizičke sposobnosti odgovaraju uslovima radnog mjesta na koje se primaju.</w:t>
      </w:r>
    </w:p>
    <w:p w14:paraId="14BAD01A" w14:textId="77777777" w:rsidR="003A06F0" w:rsidRPr="003A06F0" w:rsidRDefault="003A06F0" w:rsidP="003A06F0">
      <w:pPr>
        <w:tabs>
          <w:tab w:val="left" w:pos="10490"/>
        </w:tabs>
        <w:spacing w:after="0"/>
        <w:ind w:right="142"/>
        <w:jc w:val="both"/>
        <w:rPr>
          <w:rFonts w:cstheme="minorHAnsi"/>
          <w:lang w:val="hr-HR"/>
        </w:rPr>
      </w:pPr>
      <w:r w:rsidRPr="003A06F0">
        <w:rPr>
          <w:rFonts w:cstheme="minorHAnsi"/>
          <w:lang w:val="hr-HR"/>
        </w:rPr>
        <w:t xml:space="preserve">Nepotpune i neblagovremene prijave neće se razmatrati. </w:t>
      </w:r>
    </w:p>
    <w:p w14:paraId="5DCE26D2" w14:textId="77777777" w:rsidR="003A06F0" w:rsidRPr="003A06F0" w:rsidRDefault="003A06F0" w:rsidP="003A06F0">
      <w:pPr>
        <w:tabs>
          <w:tab w:val="left" w:pos="10490"/>
        </w:tabs>
        <w:spacing w:after="0"/>
        <w:ind w:right="142"/>
        <w:jc w:val="both"/>
        <w:rPr>
          <w:rFonts w:cstheme="minorHAnsi"/>
          <w:lang w:val="hr-HR"/>
        </w:rPr>
      </w:pPr>
    </w:p>
    <w:p w14:paraId="48B43B07" w14:textId="77777777" w:rsidR="003A06F0" w:rsidRPr="003A06F0" w:rsidRDefault="003A06F0" w:rsidP="003A06F0">
      <w:pPr>
        <w:tabs>
          <w:tab w:val="left" w:pos="10490"/>
        </w:tabs>
        <w:spacing w:after="0"/>
        <w:ind w:right="142"/>
        <w:jc w:val="both"/>
        <w:rPr>
          <w:rFonts w:cstheme="minorHAnsi"/>
          <w:lang w:val="hr-HR"/>
        </w:rPr>
      </w:pPr>
    </w:p>
    <w:p w14:paraId="4549553B" w14:textId="77777777" w:rsidR="003A06F0" w:rsidRPr="003A06F0" w:rsidRDefault="003A06F0" w:rsidP="003A06F0">
      <w:pPr>
        <w:tabs>
          <w:tab w:val="left" w:pos="10490"/>
        </w:tabs>
        <w:spacing w:after="0"/>
        <w:ind w:right="142"/>
        <w:jc w:val="both"/>
        <w:rPr>
          <w:rFonts w:cstheme="minorHAnsi"/>
          <w:lang w:val="hr-HR"/>
        </w:rPr>
      </w:pPr>
    </w:p>
    <w:p w14:paraId="2957A289" w14:textId="77777777" w:rsidR="003A06F0" w:rsidRPr="003A06F0" w:rsidRDefault="003A06F0" w:rsidP="003A06F0">
      <w:pPr>
        <w:tabs>
          <w:tab w:val="left" w:pos="10490"/>
        </w:tabs>
        <w:spacing w:after="0"/>
        <w:ind w:right="142"/>
        <w:jc w:val="both"/>
        <w:rPr>
          <w:rFonts w:cstheme="minorHAnsi"/>
          <w:lang w:val="hr-HR"/>
        </w:rPr>
      </w:pPr>
    </w:p>
    <w:p w14:paraId="22031D0A" w14:textId="77777777" w:rsidR="003A06F0" w:rsidRPr="003A06F0" w:rsidRDefault="003A06F0" w:rsidP="003A06F0">
      <w:pPr>
        <w:spacing w:after="0"/>
        <w:ind w:left="-426" w:right="-432"/>
        <w:rPr>
          <w:rFonts w:cstheme="minorHAnsi"/>
          <w:b/>
          <w:lang w:val="hr-HR"/>
        </w:rPr>
      </w:pPr>
      <w:r w:rsidRPr="003A06F0">
        <w:rPr>
          <w:rFonts w:cstheme="minorHAnsi"/>
          <w:b/>
          <w:lang w:val="hr-HR"/>
        </w:rPr>
        <w:t xml:space="preserve">                                                                                                      </w:t>
      </w:r>
      <w:r w:rsidRPr="003A06F0">
        <w:rPr>
          <w:rFonts w:cstheme="minorHAnsi"/>
          <w:b/>
          <w:lang w:val="hr-HR"/>
        </w:rPr>
        <w:tab/>
      </w:r>
      <w:r w:rsidRPr="003A06F0">
        <w:rPr>
          <w:rFonts w:cstheme="minorHAnsi"/>
          <w:b/>
          <w:lang w:val="hr-HR"/>
        </w:rPr>
        <w:tab/>
        <w:t xml:space="preserve">       GENERALNI DIREKTOR</w:t>
      </w:r>
    </w:p>
    <w:p w14:paraId="6C7DD61B" w14:textId="77777777" w:rsidR="003A06F0" w:rsidRPr="003A06F0" w:rsidRDefault="003A06F0" w:rsidP="003A06F0">
      <w:pPr>
        <w:spacing w:after="0"/>
        <w:ind w:left="-567"/>
        <w:rPr>
          <w:rFonts w:cstheme="minorHAnsi"/>
          <w:b/>
          <w:lang w:val="bs-Latn-BA"/>
        </w:rPr>
      </w:pPr>
      <w:r w:rsidRPr="003A06F0">
        <w:rPr>
          <w:rFonts w:cstheme="minorHAnsi"/>
          <w:b/>
          <w:lang w:val="hr-HR"/>
        </w:rPr>
        <w:tab/>
      </w:r>
      <w:r w:rsidRPr="003A06F0">
        <w:rPr>
          <w:rFonts w:cstheme="minorHAnsi"/>
          <w:b/>
          <w:lang w:val="hr-HR"/>
        </w:rPr>
        <w:tab/>
      </w:r>
      <w:r w:rsidRPr="003A06F0">
        <w:rPr>
          <w:rFonts w:cstheme="minorHAnsi"/>
          <w:b/>
          <w:lang w:val="hr-HR"/>
        </w:rPr>
        <w:tab/>
      </w:r>
      <w:r w:rsidRPr="003A06F0">
        <w:rPr>
          <w:rFonts w:cstheme="minorHAnsi"/>
          <w:b/>
          <w:lang w:val="hr-HR"/>
        </w:rPr>
        <w:tab/>
      </w:r>
      <w:r w:rsidRPr="003A06F0">
        <w:rPr>
          <w:rFonts w:cstheme="minorHAnsi"/>
          <w:b/>
          <w:lang w:val="hr-HR"/>
        </w:rPr>
        <w:tab/>
      </w:r>
      <w:r w:rsidRPr="003A06F0">
        <w:rPr>
          <w:rFonts w:cstheme="minorHAnsi"/>
          <w:b/>
          <w:lang w:val="bs-Latn-BA"/>
        </w:rPr>
        <w:t xml:space="preserve">                         </w:t>
      </w:r>
    </w:p>
    <w:p w14:paraId="328BC2F8" w14:textId="251B5F1A" w:rsidR="003A06F0" w:rsidRPr="003A06F0" w:rsidRDefault="003A06F0" w:rsidP="003A06F0">
      <w:pPr>
        <w:spacing w:after="0"/>
        <w:ind w:left="-567"/>
        <w:rPr>
          <w:rFonts w:cstheme="minorHAnsi"/>
          <w:b/>
          <w:lang w:val="bs-Latn-BA"/>
        </w:rPr>
      </w:pPr>
      <w:r w:rsidRPr="003A06F0">
        <w:rPr>
          <w:rFonts w:cstheme="minorHAnsi"/>
          <w:b/>
          <w:lang w:val="bs-Latn-BA"/>
        </w:rPr>
        <w:t xml:space="preserve">                                                                                                   </w:t>
      </w:r>
      <w:r w:rsidRPr="003A06F0">
        <w:rPr>
          <w:rFonts w:cstheme="minorHAnsi"/>
          <w:b/>
          <w:lang w:val="bs-Latn-BA"/>
        </w:rPr>
        <w:tab/>
      </w:r>
      <w:r w:rsidRPr="003A06F0">
        <w:rPr>
          <w:rFonts w:cstheme="minorHAnsi"/>
          <w:b/>
          <w:lang w:val="bs-Latn-BA"/>
        </w:rPr>
        <w:tab/>
      </w:r>
      <w:r>
        <w:rPr>
          <w:rFonts w:cstheme="minorHAnsi"/>
          <w:b/>
          <w:lang w:val="bs-Latn-BA"/>
        </w:rPr>
        <w:tab/>
      </w:r>
      <w:r w:rsidRPr="003A06F0">
        <w:rPr>
          <w:rFonts w:cstheme="minorHAnsi"/>
          <w:b/>
          <w:lang w:val="bs-Latn-BA"/>
        </w:rPr>
        <w:t xml:space="preserve"> Prim.doc.dr.sc.med. Alen Pilav </w:t>
      </w:r>
    </w:p>
    <w:p w14:paraId="44957426" w14:textId="77777777" w:rsidR="006C34FA" w:rsidRPr="003A06F0" w:rsidRDefault="006C34FA" w:rsidP="003A06F0">
      <w:pPr>
        <w:spacing w:after="0"/>
      </w:pPr>
    </w:p>
    <w:sectPr w:rsidR="006C34FA" w:rsidRPr="003A06F0" w:rsidSect="00034616">
      <w:headerReference w:type="default" r:id="rId8"/>
      <w:footerReference w:type="default" r:id="rId9"/>
      <w:pgSz w:w="11906" w:h="16838"/>
      <w:pgMar w:top="2736" w:right="760" w:bottom="1296" w:left="760" w:header="88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DA81B" w14:textId="77777777" w:rsidR="005F3699" w:rsidRDefault="005F3699">
      <w:pPr>
        <w:spacing w:after="0" w:line="240" w:lineRule="auto"/>
      </w:pPr>
      <w:r>
        <w:separator/>
      </w:r>
    </w:p>
  </w:endnote>
  <w:endnote w:type="continuationSeparator" w:id="0">
    <w:p w14:paraId="0A03CCFE" w14:textId="77777777" w:rsidR="005F3699" w:rsidRDefault="005F3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A55DB" w14:textId="77777777" w:rsidR="006C34FA" w:rsidRDefault="003D272F">
    <w:pPr>
      <w:pStyle w:val="Footer"/>
      <w:ind w:left="-760"/>
    </w:pPr>
    <w:r>
      <w:rPr>
        <w:noProof/>
      </w:rPr>
      <w:drawing>
        <wp:inline distT="0" distB="0" distL="0" distR="0" wp14:anchorId="1C536568" wp14:editId="476609DF">
          <wp:extent cx="7560005" cy="444500"/>
          <wp:effectExtent l="0" t="0" r="0" b="0"/>
          <wp:docPr id="1130413215" name="Picture 1130413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ci_bw.png"/>
                  <pic:cNvPicPr/>
                </pic:nvPicPr>
                <pic:blipFill>
                  <a:blip r:embed="rId1"/>
                  <a:stretch>
                    <a:fillRect/>
                  </a:stretch>
                </pic:blipFill>
                <pic:spPr>
                  <a:xfrm>
                    <a:off x="0" y="0"/>
                    <a:ext cx="7560005" cy="4445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662A7" w14:textId="77777777" w:rsidR="005F3699" w:rsidRDefault="005F3699">
      <w:pPr>
        <w:spacing w:after="0" w:line="240" w:lineRule="auto"/>
      </w:pPr>
      <w:r>
        <w:separator/>
      </w:r>
    </w:p>
  </w:footnote>
  <w:footnote w:type="continuationSeparator" w:id="0">
    <w:p w14:paraId="6DDCA412" w14:textId="77777777" w:rsidR="005F3699" w:rsidRDefault="005F36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3FF9" w14:textId="49DB5664" w:rsidR="006C34FA" w:rsidRDefault="003D272F">
    <w:pPr>
      <w:pStyle w:val="Header"/>
    </w:pPr>
    <w:r>
      <w:rPr>
        <w:noProof/>
      </w:rPr>
      <w:drawing>
        <wp:inline distT="0" distB="0" distL="0" distR="0" wp14:anchorId="1A624ED6" wp14:editId="48771AFE">
          <wp:extent cx="6502400" cy="97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ci_bw.png"/>
                  <pic:cNvPicPr/>
                </pic:nvPicPr>
                <pic:blipFill>
                  <a:blip r:embed="rId1"/>
                  <a:stretch>
                    <a:fillRect/>
                  </a:stretch>
                </pic:blipFill>
                <pic:spPr>
                  <a:xfrm>
                    <a:off x="0" y="0"/>
                    <a:ext cx="6502400" cy="977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0878AB"/>
    <w:multiLevelType w:val="hybridMultilevel"/>
    <w:tmpl w:val="8A460634"/>
    <w:lvl w:ilvl="0" w:tplc="A9165A6E">
      <w:numFmt w:val="bullet"/>
      <w:lvlText w:val="-"/>
      <w:lvlJc w:val="left"/>
      <w:pPr>
        <w:ind w:left="720" w:hanging="360"/>
      </w:pPr>
      <w:rPr>
        <w:rFonts w:ascii="Tahoma" w:eastAsia="Times New Roman" w:hAnsi="Tahoma" w:cs="Tahoma"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15:restartNumberingAfterBreak="0">
    <w:nsid w:val="109857B6"/>
    <w:multiLevelType w:val="hybridMultilevel"/>
    <w:tmpl w:val="5FD83D7C"/>
    <w:lvl w:ilvl="0" w:tplc="41780CA6">
      <w:start w:val="1"/>
      <w:numFmt w:val="bullet"/>
      <w:lvlText w:val="-"/>
      <w:lvlJc w:val="left"/>
      <w:pPr>
        <w:ind w:left="360" w:hanging="360"/>
      </w:pPr>
      <w:rPr>
        <w:rFonts w:ascii="Times New Roman" w:eastAsia="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1" w15:restartNumberingAfterBreak="0">
    <w:nsid w:val="353332B9"/>
    <w:multiLevelType w:val="hybridMultilevel"/>
    <w:tmpl w:val="2352417A"/>
    <w:lvl w:ilvl="0" w:tplc="41780CA6">
      <w:start w:val="1"/>
      <w:numFmt w:val="bullet"/>
      <w:lvlText w:val="-"/>
      <w:lvlJc w:val="left"/>
      <w:pPr>
        <w:ind w:left="360" w:hanging="360"/>
      </w:pPr>
      <w:rPr>
        <w:rFonts w:ascii="Times New Roman" w:eastAsia="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2" w15:restartNumberingAfterBreak="0">
    <w:nsid w:val="3DA81B14"/>
    <w:multiLevelType w:val="hybridMultilevel"/>
    <w:tmpl w:val="17269138"/>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3" w15:restartNumberingAfterBreak="0">
    <w:nsid w:val="78651BC9"/>
    <w:multiLevelType w:val="hybridMultilevel"/>
    <w:tmpl w:val="83F24008"/>
    <w:lvl w:ilvl="0" w:tplc="BA5A9396">
      <w:start w:val="5"/>
      <w:numFmt w:val="bullet"/>
      <w:lvlText w:val="-"/>
      <w:lvlJc w:val="left"/>
      <w:pPr>
        <w:ind w:left="720" w:hanging="360"/>
      </w:pPr>
      <w:rPr>
        <w:rFonts w:ascii="Tahoma" w:eastAsia="Times New Roman" w:hAnsi="Tahoma" w:cs="Tahoma" w:hint="default"/>
        <w:lang w:val="sv-SE"/>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16cid:durableId="1907718830">
    <w:abstractNumId w:val="8"/>
  </w:num>
  <w:num w:numId="2" w16cid:durableId="1895265900">
    <w:abstractNumId w:val="6"/>
  </w:num>
  <w:num w:numId="3" w16cid:durableId="545799802">
    <w:abstractNumId w:val="5"/>
  </w:num>
  <w:num w:numId="4" w16cid:durableId="789858018">
    <w:abstractNumId w:val="4"/>
  </w:num>
  <w:num w:numId="5" w16cid:durableId="1751344440">
    <w:abstractNumId w:val="7"/>
  </w:num>
  <w:num w:numId="6" w16cid:durableId="1731150919">
    <w:abstractNumId w:val="3"/>
  </w:num>
  <w:num w:numId="7" w16cid:durableId="1591236302">
    <w:abstractNumId w:val="2"/>
  </w:num>
  <w:num w:numId="8" w16cid:durableId="2043705004">
    <w:abstractNumId w:val="1"/>
  </w:num>
  <w:num w:numId="9" w16cid:durableId="694043809">
    <w:abstractNumId w:val="0"/>
  </w:num>
  <w:num w:numId="10" w16cid:durableId="561142591">
    <w:abstractNumId w:val="13"/>
  </w:num>
  <w:num w:numId="11" w16cid:durableId="3746269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0207614">
    <w:abstractNumId w:val="9"/>
  </w:num>
  <w:num w:numId="13" w16cid:durableId="623191208">
    <w:abstractNumId w:val="10"/>
  </w:num>
  <w:num w:numId="14" w16cid:durableId="4976999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3EBB"/>
    <w:rsid w:val="0015074B"/>
    <w:rsid w:val="0029639D"/>
    <w:rsid w:val="002B2B04"/>
    <w:rsid w:val="002F534B"/>
    <w:rsid w:val="00326F90"/>
    <w:rsid w:val="00363C08"/>
    <w:rsid w:val="003A06F0"/>
    <w:rsid w:val="003D272F"/>
    <w:rsid w:val="004B13FA"/>
    <w:rsid w:val="005F3699"/>
    <w:rsid w:val="006544C4"/>
    <w:rsid w:val="006C34FA"/>
    <w:rsid w:val="00777FBF"/>
    <w:rsid w:val="009362FA"/>
    <w:rsid w:val="00A869A6"/>
    <w:rsid w:val="00AA1D8D"/>
    <w:rsid w:val="00AA6570"/>
    <w:rsid w:val="00B47730"/>
    <w:rsid w:val="00C31647"/>
    <w:rsid w:val="00C67A1D"/>
    <w:rsid w:val="00CB0664"/>
    <w:rsid w:val="00D34EAF"/>
    <w:rsid w:val="00DE1088"/>
    <w:rsid w:val="00E60DB5"/>
    <w:rsid w:val="00F02C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6BF040"/>
  <w14:defaultImageDpi w14:val="300"/>
  <w15:docId w15:val="{E148F04B-8C72-4382-8F3D-A4F6391AD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3A06F0"/>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8</Pages>
  <Words>2625</Words>
  <Characters>14966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KCUS 2023</cp:lastModifiedBy>
  <cp:revision>8</cp:revision>
  <cp:lastPrinted>2026-09-25T09:20:00Z</cp:lastPrinted>
  <dcterms:created xsi:type="dcterms:W3CDTF">2026-09-21T09:17:00Z</dcterms:created>
  <dcterms:modified xsi:type="dcterms:W3CDTF">2026-09-30T10:34:00Z</dcterms:modified>
  <cp:category/>
</cp:coreProperties>
</file>